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259" w:lineRule="auto"/>
        <w:jc w:val="center"/>
      </w:pPr>
      <w:r>
        <w:rPr>
          <w:rFonts w:ascii="Times New Roman" w:hAnsi="Times New Roman" w:eastAsia="Times New Roman"/>
          <w:b/>
          <w:i w:val="0"/>
          <w:color w:val="0F766E"/>
          <w:sz w:val="20"/>
        </w:rPr>
        <w:t>LEGALZONE</w:t>
      </w:r>
    </w:p>
    <w:p>
      <w:pPr>
        <w:spacing w:before="0" w:after="40" w:line="259" w:lineRule="auto"/>
        <w:jc w:val="center"/>
      </w:pPr>
      <w:r>
        <w:rPr>
          <w:rFonts w:ascii="Times New Roman" w:hAnsi="Times New Roman" w:eastAsia="Times New Roman"/>
          <w:b/>
          <w:i w:val="0"/>
          <w:color w:val="0B2545"/>
          <w:sz w:val="44"/>
        </w:rPr>
        <w:t>Mẫu số 19</w:t>
      </w:r>
    </w:p>
    <w:p>
      <w:pPr>
        <w:spacing w:before="0" w:after="80" w:line="259" w:lineRule="auto"/>
        <w:jc w:val="center"/>
      </w:pPr>
      <w:r>
        <w:rPr>
          <w:rFonts w:ascii="Times New Roman" w:hAnsi="Times New Roman" w:eastAsia="Times New Roman"/>
          <w:b/>
          <w:i w:val="0"/>
          <w:color w:val="0B2545"/>
          <w:sz w:val="30"/>
        </w:rPr>
        <w:t>Phiếu chuyển thông tin để xác định nghĩa vụ tài chính về đất đai</w:t>
      </w:r>
    </w:p>
    <w:p>
      <w:pPr>
        <w:spacing w:before="0" w:after="240" w:line="259" w:lineRule="auto"/>
        <w:jc w:val="center"/>
      </w:pPr>
      <w:r>
        <w:rPr>
          <w:rFonts w:ascii="Times New Roman" w:hAnsi="Times New Roman" w:eastAsia="Times New Roman"/>
          <w:b w:val="0"/>
          <w:i/>
          <w:color w:val="555555"/>
          <w:sz w:val="22"/>
        </w:rPr>
        <w:t>Kèm Bảng kê chi tiết Mẫu số 19a - theo Phụ lục Nghị định 151/2025/NĐ-CP</w:t>
      </w:r>
    </w:p>
    <w:tbl>
      <w:tblPr>
        <w:tblStyle w:val="TableGrid"/>
        <w:tblW w:type="auto" w:w="0"/>
        <w:jc w:val="center"/>
        <w:tblLayout w:type="fixed"/>
        <w:tblLook w:firstColumn="1" w:firstRow="1" w:lastColumn="0" w:lastRow="0" w:noHBand="0" w:noVBand="1" w:val="04A0"/>
      </w:tblPr>
      <w:tblGrid>
        <w:gridCol w:w="10092"/>
      </w:tblGrid>
      <w:tr>
        <w:tc>
          <w:tcPr>
            <w:tcW w:type="dxa" w:w="9216"/>
            <w:vAlign w:val="center"/>
            <w:tcMar>
              <w:top w:w="80" w:type="dxa"/>
              <w:start w:w="100" w:type="dxa"/>
              <w:bottom w:w="80" w:type="dxa"/>
              <w:end w:w="100" w:type="dxa"/>
            </w:tcMar>
            <w:shd w:fill="FFF7ED"/>
          </w:tcPr>
          <w:p>
            <w:pPr>
              <w:spacing w:after="20" w:line="240" w:lineRule="auto"/>
            </w:pPr>
            <w:r>
              <w:rPr>
                <w:rFonts w:ascii="Times New Roman" w:hAnsi="Times New Roman" w:eastAsia="Times New Roman"/>
                <w:b w:val="0"/>
                <w:sz w:val="21"/>
              </w:rPr>
              <w:t>Cách dùng nhanh: Mẫu số 19 do đơn vị chuyển thông tin lập để gửi cơ quan thuế xác định nghĩa vụ tài chính về đất đai. Nếu hồ sơ có nhiều người sử dụng đất, nhiều thửa đất hoặc nhiều tài sản gắn liền với đất thì lập danh sách theo Mẫu số 19a. File này được dựng lại để dễ điền trên Word, bám theo bản scan chính thức của Nghị định 151/2025/NĐ-CP.</w:t>
            </w:r>
          </w:p>
        </w:tc>
      </w:tr>
    </w:tbl>
    <w:p/>
    <w:p>
      <w:pPr>
        <w:spacing w:before="160" w:after="80" w:line="259" w:lineRule="auto"/>
      </w:pPr>
      <w:r>
        <w:rPr>
          <w:rFonts w:ascii="Times New Roman" w:hAnsi="Times New Roman" w:eastAsia="Times New Roman"/>
          <w:b/>
          <w:i w:val="0"/>
          <w:color w:val="1F4D78"/>
          <w:sz w:val="25"/>
        </w:rPr>
        <w:t>Khi nào dùng Mẫu số 19?</w:t>
      </w:r>
    </w:p>
    <w:tbl>
      <w:tblPr>
        <w:tblStyle w:val="TableGrid"/>
        <w:tblW w:type="auto" w:w="0"/>
        <w:jc w:val="center"/>
        <w:tblLayout w:type="fixed"/>
        <w:tblLook w:firstColumn="1" w:firstRow="1" w:lastColumn="0" w:lastRow="0" w:noHBand="0" w:noVBand="1" w:val="04A0"/>
      </w:tblPr>
      <w:tblGrid>
        <w:gridCol w:w="5046"/>
        <w:gridCol w:w="5046"/>
      </w:tblGrid>
      <w:tr>
        <w:tc>
          <w:tcPr>
            <w:tcW w:type="dxa" w:w="2088"/>
            <w:vAlign w:val="center"/>
            <w:tcMar>
              <w:top w:w="80" w:type="dxa"/>
              <w:start w:w="100" w:type="dxa"/>
              <w:bottom w:w="80" w:type="dxa"/>
              <w:end w:w="100" w:type="dxa"/>
            </w:tcMar>
            <w:shd w:fill="F2F4F7"/>
          </w:tcPr>
          <w:p>
            <w:pPr>
              <w:spacing w:after="20" w:line="240" w:lineRule="auto"/>
            </w:pPr>
            <w:r>
              <w:rPr>
                <w:rFonts w:ascii="Times New Roman" w:hAnsi="Times New Roman" w:eastAsia="Times New Roman"/>
                <w:b/>
                <w:sz w:val="21"/>
              </w:rPr>
              <w:t>Mục đích</w:t>
            </w:r>
          </w:p>
        </w:tc>
        <w:tc>
          <w:tcPr>
            <w:tcW w:type="dxa" w:w="7128"/>
            <w:vAlign w:val="center"/>
            <w:tcMar>
              <w:top w:w="80" w:type="dxa"/>
              <w:start w:w="100" w:type="dxa"/>
              <w:bottom w:w="80" w:type="dxa"/>
              <w:end w:w="100" w:type="dxa"/>
            </w:tcMar>
          </w:tcPr>
          <w:p>
            <w:pPr>
              <w:spacing w:after="20" w:line="240" w:lineRule="auto"/>
            </w:pPr>
            <w:r>
              <w:rPr>
                <w:rFonts w:ascii="Times New Roman" w:hAnsi="Times New Roman" w:eastAsia="Times New Roman"/>
                <w:b w:val="0"/>
                <w:sz w:val="21"/>
              </w:rPr>
              <w:t>Chuyển thông tin địa chính/hồ sơ đất đai để cơ quan thuế xác định tiền sử dụng đất, tiền thuê đất, thuế, lệ phí trước bạ hoặc nghĩa vụ tài chính liên quan.</w:t>
            </w:r>
          </w:p>
        </w:tc>
      </w:tr>
      <w:tr>
        <w:tc>
          <w:tcPr>
            <w:tcW w:type="dxa" w:w="5046"/>
            <w:shd w:fill="F2F4F7"/>
          </w:tcPr>
          <w:p>
            <w:pPr>
              <w:spacing w:after="20" w:line="240" w:lineRule="auto"/>
            </w:pPr>
            <w:r>
              <w:rPr>
                <w:rFonts w:ascii="Times New Roman" w:hAnsi="Times New Roman" w:eastAsia="Times New Roman"/>
                <w:b/>
                <w:sz w:val="21"/>
              </w:rPr>
              <w:t>Người lập</w:t>
            </w:r>
          </w:p>
        </w:tc>
        <w:tc>
          <w:tcPr>
            <w:tcW w:type="dxa" w:w="5046"/>
          </w:tcPr>
          <w:p>
            <w:pPr>
              <w:spacing w:after="20" w:line="240" w:lineRule="auto"/>
            </w:pPr>
            <w:r>
              <w:rPr>
                <w:rFonts w:ascii="Times New Roman" w:hAnsi="Times New Roman" w:eastAsia="Times New Roman"/>
                <w:b w:val="0"/>
                <w:sz w:val="21"/>
              </w:rPr>
              <w:t>Thường là đơn vị chuyển thông tin trong quy trình xử lý hồ sơ đất đai, không phải người dân tự viết toàn bộ nội dung như một đơn đề nghị.</w:t>
            </w:r>
          </w:p>
        </w:tc>
      </w:tr>
      <w:tr>
        <w:tc>
          <w:tcPr>
            <w:tcW w:type="dxa" w:w="5046"/>
            <w:shd w:fill="F2F4F7"/>
          </w:tcPr>
          <w:p>
            <w:pPr>
              <w:spacing w:after="20" w:line="240" w:lineRule="auto"/>
            </w:pPr>
            <w:r>
              <w:rPr>
                <w:rFonts w:ascii="Times New Roman" w:hAnsi="Times New Roman" w:eastAsia="Times New Roman"/>
                <w:b/>
                <w:sz w:val="21"/>
              </w:rPr>
              <w:t>Kèm Mẫu 19a</w:t>
            </w:r>
          </w:p>
        </w:tc>
        <w:tc>
          <w:tcPr>
            <w:tcW w:type="dxa" w:w="5046"/>
          </w:tcPr>
          <w:p>
            <w:pPr>
              <w:spacing w:after="20" w:line="240" w:lineRule="auto"/>
            </w:pPr>
            <w:r>
              <w:rPr>
                <w:rFonts w:ascii="Times New Roman" w:hAnsi="Times New Roman" w:eastAsia="Times New Roman"/>
                <w:b w:val="0"/>
                <w:sz w:val="21"/>
              </w:rPr>
              <w:t>Dùng khi cần lập bảng kê nhiều đồng sử dụng, đồng sở hữu, nhiều thửa đất hoặc nhiều tài sản gắn liền với đất.</w:t>
            </w:r>
          </w:p>
        </w:tc>
      </w:tr>
      <w:tr>
        <w:tc>
          <w:tcPr>
            <w:tcW w:type="dxa" w:w="5046"/>
            <w:shd w:fill="F2F4F7"/>
          </w:tcPr>
          <w:p>
            <w:pPr>
              <w:spacing w:after="20" w:line="240" w:lineRule="auto"/>
            </w:pPr>
            <w:r>
              <w:rPr>
                <w:rFonts w:ascii="Times New Roman" w:hAnsi="Times New Roman" w:eastAsia="Times New Roman"/>
                <w:b/>
                <w:sz w:val="21"/>
              </w:rPr>
              <w:t>Lưu ý</w:t>
            </w:r>
          </w:p>
        </w:tc>
        <w:tc>
          <w:tcPr>
            <w:tcW w:type="dxa" w:w="5046"/>
          </w:tcPr>
          <w:p>
            <w:pPr>
              <w:spacing w:after="20" w:line="240" w:lineRule="auto"/>
            </w:pPr>
            <w:r>
              <w:rPr>
                <w:rFonts w:ascii="Times New Roman" w:hAnsi="Times New Roman" w:eastAsia="Times New Roman"/>
                <w:b w:val="0"/>
                <w:sz w:val="21"/>
              </w:rPr>
              <w:t>Khi nộp chính thức, đối chiếu yêu cầu của cơ quan tiếp nhận tại địa phương và thông tin hồ sơ thủ tục hành chính đang xử lý.</w:t>
            </w:r>
          </w:p>
        </w:tc>
      </w:tr>
    </w:tbl>
    <w:p>
      <w:r>
        <w:br w:type="page"/>
      </w:r>
    </w:p>
    <w:p>
      <w:pPr>
        <w:spacing w:before="0" w:after="160" w:line="259" w:lineRule="auto"/>
        <w:jc w:val="center"/>
      </w:pPr>
      <w:r>
        <w:rPr>
          <w:rFonts w:ascii="Times New Roman" w:hAnsi="Times New Roman" w:eastAsia="Times New Roman"/>
          <w:b/>
          <w:i w:val="0"/>
          <w:sz w:val="24"/>
        </w:rPr>
        <w:t>Mẫu số 19. Phiếu chuyển thông tin để xác định nghĩa vụ tài chính về đất đai</w:t>
      </w:r>
    </w:p>
    <w:tbl>
      <w:tblPr>
        <w:tblW w:type="auto" w:w="0"/>
        <w:jc w:val="center"/>
        <w:tblLayout w:type="fixed"/>
        <w:tblLook w:firstColumn="1" w:firstRow="1" w:lastColumn="0" w:lastRow="0" w:noHBand="0" w:noVBand="1" w:val="04A0"/>
      </w:tblPr>
      <w:tblGrid>
        <w:gridCol w:w="5046"/>
        <w:gridCol w:w="5046"/>
      </w:tblGrid>
      <w:tr>
        <w:tc>
          <w:tcPr>
            <w:tcW w:type="dxa" w:w="4032"/>
            <w:vAlign w:val="center"/>
            <w:tcMar>
              <w:top w:w="80" w:type="dxa"/>
              <w:start w:w="100" w:type="dxa"/>
              <w:bottom w:w="80" w:type="dxa"/>
              <w:end w:w="100" w:type="dxa"/>
            </w:tcMar>
          </w:tcPr>
          <w:p>
            <w:pPr>
              <w:jc w:val="center"/>
            </w:pPr>
            <w:r>
              <w:rPr>
                <w:rFonts w:ascii="Times New Roman" w:hAnsi="Times New Roman" w:eastAsia="Times New Roman"/>
                <w:b/>
                <w:sz w:val="21"/>
              </w:rPr>
              <w:t>...............</w:t>
              <w:br/>
              <w:t>(TÊN ĐƠN VỊ CHUYỂN THÔNG TIN)</w:t>
              <w:br/>
              <w:t>-------</w:t>
              <w:br/>
              <w:t>Số: ....../PCTT</w:t>
            </w:r>
          </w:p>
        </w:tc>
        <w:tc>
          <w:tcPr>
            <w:tcW w:type="dxa" w:w="5184"/>
            <w:vAlign w:val="center"/>
            <w:tcMar>
              <w:top w:w="80" w:type="dxa"/>
              <w:start w:w="100" w:type="dxa"/>
              <w:bottom w:w="80" w:type="dxa"/>
              <w:end w:w="100" w:type="dxa"/>
            </w:tcMar>
          </w:tcPr>
          <w:p>
            <w:pPr>
              <w:jc w:val="center"/>
            </w:pPr>
            <w:r>
              <w:rPr>
                <w:rFonts w:ascii="Times New Roman" w:hAnsi="Times New Roman" w:eastAsia="Times New Roman"/>
                <w:b/>
                <w:sz w:val="21"/>
              </w:rPr>
              <w:t>CỘNG HÒA XÃ HỘI CHỦ NGHĨA VIỆT NAM</w:t>
              <w:br/>
              <w:t>Độc lập - Tự do - Hạnh phúc</w:t>
              <w:br/>
              <w:t>---------------</w:t>
              <w:br/>
              <w:t>........, ngày ...... tháng ...... năm ......</w:t>
            </w:r>
          </w:p>
        </w:tc>
      </w:tr>
    </w:tbl>
    <w:p/>
    <w:p>
      <w:pPr>
        <w:spacing w:before="0" w:after="0" w:line="259" w:lineRule="auto"/>
        <w:jc w:val="center"/>
      </w:pPr>
      <w:r>
        <w:rPr>
          <w:rFonts w:ascii="Times New Roman" w:hAnsi="Times New Roman" w:eastAsia="Times New Roman"/>
          <w:b/>
          <w:i w:val="0"/>
          <w:sz w:val="26"/>
        </w:rPr>
        <w:t>PHIẾU CHUYỂN THÔNG TIN</w:t>
      </w:r>
    </w:p>
    <w:p>
      <w:pPr>
        <w:spacing w:before="0" w:after="120" w:line="259" w:lineRule="auto"/>
        <w:jc w:val="center"/>
      </w:pPr>
      <w:r>
        <w:rPr>
          <w:rFonts w:ascii="Times New Roman" w:hAnsi="Times New Roman" w:eastAsia="Times New Roman"/>
          <w:b/>
          <w:i w:val="0"/>
          <w:sz w:val="26"/>
        </w:rPr>
        <w:t>ĐỂ XÁC ĐỊNH NGHĨA VỤ TÀI CHÍNH VỀ ĐẤT ĐAI</w:t>
      </w:r>
    </w:p>
    <w:p>
      <w:pPr>
        <w:spacing w:before="0" w:after="160" w:line="259" w:lineRule="auto"/>
        <w:jc w:val="center"/>
      </w:pPr>
      <w:r>
        <w:rPr>
          <w:rFonts w:ascii="Times New Roman" w:hAnsi="Times New Roman" w:eastAsia="Times New Roman"/>
          <w:b w:val="0"/>
          <w:i w:val="0"/>
          <w:sz w:val="22"/>
        </w:rPr>
        <w:t>Kính gửi: ............................................................</w:t>
      </w:r>
    </w:p>
    <w:p>
      <w:pPr>
        <w:spacing w:before="160" w:after="80" w:line="259" w:lineRule="auto"/>
      </w:pPr>
      <w:r>
        <w:rPr>
          <w:rFonts w:ascii="Times New Roman" w:hAnsi="Times New Roman" w:eastAsia="Times New Roman"/>
          <w:b/>
          <w:i w:val="0"/>
          <w:color w:val="1F4D78"/>
          <w:sz w:val="25"/>
        </w:rPr>
        <w:t>I. THÔNG TIN VỀ HỒ SƠ THỦ TỤC</w:t>
      </w:r>
    </w:p>
    <w:p>
      <w:pPr>
        <w:spacing w:before="0" w:after="40" w:line="259" w:lineRule="auto"/>
      </w:pPr>
      <w:r>
        <w:rPr>
          <w:rFonts w:ascii="Times New Roman" w:hAnsi="Times New Roman" w:eastAsia="Times New Roman"/>
          <w:b w:val="0"/>
          <w:i w:val="0"/>
          <w:sz w:val="21"/>
        </w:rPr>
        <w:t>1.1. Mã số hồ sơ thủ tục hành chính(1): ........................................................</w:t>
      </w:r>
    </w:p>
    <w:p>
      <w:pPr>
        <w:spacing w:before="0" w:after="40" w:line="259" w:lineRule="auto"/>
      </w:pPr>
      <w:r>
        <w:rPr>
          <w:rFonts w:ascii="Times New Roman" w:hAnsi="Times New Roman" w:eastAsia="Times New Roman"/>
          <w:b w:val="0"/>
          <w:i w:val="0"/>
          <w:sz w:val="21"/>
        </w:rPr>
        <w:t>1.2. Ngày nhận đủ hồ sơ hợp lệ(2): ...... / ...... / ........</w:t>
      </w:r>
    </w:p>
    <w:p>
      <w:pPr>
        <w:spacing w:before="160" w:after="80" w:line="259" w:lineRule="auto"/>
      </w:pPr>
      <w:r>
        <w:rPr>
          <w:rFonts w:ascii="Times New Roman" w:hAnsi="Times New Roman" w:eastAsia="Times New Roman"/>
          <w:b/>
          <w:i w:val="0"/>
          <w:color w:val="1F4D78"/>
          <w:sz w:val="25"/>
        </w:rPr>
        <w:t>II. THÔNG TIN CHUNG VỀ NGƯỜI SỬ DỤNG ĐẤT, CHỦ SỞ HỮU TÀI SẢN GẮN LIỀN VỚI ĐẤT</w:t>
      </w:r>
    </w:p>
    <w:p>
      <w:pPr>
        <w:spacing w:before="0" w:after="40" w:line="259" w:lineRule="auto"/>
      </w:pPr>
      <w:r>
        <w:rPr>
          <w:rFonts w:ascii="Times New Roman" w:hAnsi="Times New Roman" w:eastAsia="Times New Roman"/>
          <w:b w:val="0"/>
          <w:i w:val="0"/>
          <w:sz w:val="21"/>
        </w:rPr>
        <w:t>2.1. Tên(3): ........................................................................................................................</w:t>
      </w:r>
    </w:p>
    <w:p>
      <w:pPr>
        <w:spacing w:before="0" w:after="40" w:line="259" w:lineRule="auto"/>
      </w:pPr>
      <w:r>
        <w:rPr>
          <w:rFonts w:ascii="Times New Roman" w:hAnsi="Times New Roman" w:eastAsia="Times New Roman"/>
          <w:b w:val="0"/>
          <w:i w:val="0"/>
          <w:sz w:val="21"/>
        </w:rPr>
        <w:t>2.2. Địa chỉ(4): ....................................................................................................................</w:t>
      </w:r>
    </w:p>
    <w:p>
      <w:pPr>
        <w:spacing w:before="0" w:after="40" w:line="259" w:lineRule="auto"/>
      </w:pPr>
      <w:r>
        <w:rPr>
          <w:rFonts w:ascii="Times New Roman" w:hAnsi="Times New Roman" w:eastAsia="Times New Roman"/>
          <w:b w:val="0"/>
          <w:i w:val="0"/>
          <w:sz w:val="21"/>
        </w:rPr>
        <w:t>2.3. Số điện thoại liên hệ: .................................... Email (nếu có): ................................</w:t>
      </w:r>
    </w:p>
    <w:p>
      <w:pPr>
        <w:spacing w:before="0" w:after="40" w:line="259" w:lineRule="auto"/>
      </w:pPr>
      <w:r>
        <w:rPr>
          <w:rFonts w:ascii="Times New Roman" w:hAnsi="Times New Roman" w:eastAsia="Times New Roman"/>
          <w:b w:val="0"/>
          <w:i w:val="0"/>
          <w:sz w:val="21"/>
        </w:rPr>
        <w:t>2.4. Mã số thuế (nếu có): .................................................................................................</w:t>
      </w:r>
    </w:p>
    <w:p>
      <w:pPr>
        <w:spacing w:before="0" w:after="40" w:line="259" w:lineRule="auto"/>
      </w:pPr>
      <w:r>
        <w:rPr>
          <w:rFonts w:ascii="Times New Roman" w:hAnsi="Times New Roman" w:eastAsia="Times New Roman"/>
          <w:b w:val="0"/>
          <w:i w:val="0"/>
          <w:sz w:val="21"/>
        </w:rPr>
        <w:t>2.5. Giấy tờ pháp nhân/Số hộ chiếu/Số định danh cá nhân(5): ........................................</w:t>
      </w:r>
    </w:p>
    <w:p>
      <w:pPr>
        <w:spacing w:before="0" w:after="40" w:line="259" w:lineRule="auto"/>
      </w:pPr>
      <w:r>
        <w:rPr>
          <w:rFonts w:ascii="Times New Roman" w:hAnsi="Times New Roman" w:eastAsia="Times New Roman"/>
          <w:b w:val="0"/>
          <w:i w:val="0"/>
          <w:sz w:val="21"/>
        </w:rPr>
        <w:t>2.6. Loại thủ tục cần xác định nghĩa vụ tài chính(6): .......................................................</w:t>
      </w:r>
    </w:p>
    <w:p>
      <w:pPr>
        <w:spacing w:before="160" w:after="80" w:line="259" w:lineRule="auto"/>
      </w:pPr>
      <w:r>
        <w:rPr>
          <w:rFonts w:ascii="Times New Roman" w:hAnsi="Times New Roman" w:eastAsia="Times New Roman"/>
          <w:b/>
          <w:i w:val="0"/>
          <w:color w:val="1F4D78"/>
          <w:sz w:val="25"/>
        </w:rPr>
        <w:t>III. THÔNG TIN VỀ ĐẤT VÀ TÀI SẢN GẮN LIỀN VỚI ĐẤT</w:t>
      </w:r>
    </w:p>
    <w:p>
      <w:pPr>
        <w:spacing w:before="0" w:after="40" w:line="259" w:lineRule="auto"/>
      </w:pPr>
      <w:r>
        <w:rPr>
          <w:rFonts w:ascii="Times New Roman" w:hAnsi="Times New Roman" w:eastAsia="Times New Roman"/>
          <w:b w:val="0"/>
          <w:i w:val="0"/>
          <w:sz w:val="21"/>
        </w:rPr>
        <w:t>3.1. Thông tin về đất</w:t>
      </w:r>
    </w:p>
    <w:p>
      <w:pPr>
        <w:spacing w:before="0" w:after="40" w:line="259" w:lineRule="auto"/>
      </w:pPr>
      <w:r>
        <w:rPr>
          <w:rFonts w:ascii="Times New Roman" w:hAnsi="Times New Roman" w:eastAsia="Times New Roman"/>
          <w:b w:val="0"/>
          <w:i w:val="0"/>
          <w:sz w:val="21"/>
        </w:rPr>
        <w:t>3.1.1. Thửa đất số: ..............................; Tờ bản đồ số: ........................................</w:t>
      </w:r>
    </w:p>
    <w:p>
      <w:pPr>
        <w:spacing w:before="0" w:after="40" w:line="259" w:lineRule="auto"/>
      </w:pPr>
      <w:r>
        <w:rPr>
          <w:rFonts w:ascii="Times New Roman" w:hAnsi="Times New Roman" w:eastAsia="Times New Roman"/>
          <w:b w:val="0"/>
          <w:i w:val="0"/>
          <w:sz w:val="21"/>
        </w:rPr>
        <w:t>3.1.2. Địa chỉ(7): ........................................................................................................</w:t>
      </w:r>
    </w:p>
    <w:p>
      <w:pPr>
        <w:spacing w:before="0" w:after="40" w:line="259" w:lineRule="auto"/>
      </w:pPr>
      <w:r>
        <w:rPr>
          <w:rFonts w:ascii="Times New Roman" w:hAnsi="Times New Roman" w:eastAsia="Times New Roman"/>
          <w:b w:val="0"/>
          <w:i w:val="0"/>
          <w:sz w:val="21"/>
        </w:rPr>
        <w:t>3.1.3. Giá đất:</w:t>
      </w:r>
    </w:p>
    <w:p>
      <w:pPr>
        <w:spacing w:before="0" w:after="40" w:line="259" w:lineRule="auto"/>
      </w:pPr>
      <w:r>
        <w:rPr>
          <w:rFonts w:ascii="Times New Roman" w:hAnsi="Times New Roman" w:eastAsia="Times New Roman"/>
          <w:b w:val="0"/>
          <w:i w:val="0"/>
          <w:sz w:val="21"/>
        </w:rPr>
        <w:t xml:space="preserve"> - Giá đất theo bảng giá (đối với trường hợp áp dụng giá đất theo bảng giá): ................ m2</w:t>
      </w:r>
    </w:p>
    <w:p>
      <w:pPr>
        <w:spacing w:before="0" w:after="40" w:line="259" w:lineRule="auto"/>
      </w:pPr>
      <w:r>
        <w:rPr>
          <w:rFonts w:ascii="Times New Roman" w:hAnsi="Times New Roman" w:eastAsia="Times New Roman"/>
          <w:b w:val="0"/>
          <w:i w:val="0"/>
          <w:sz w:val="21"/>
        </w:rPr>
        <w:t xml:space="preserve"> - Giá đất cụ thể: ................................ m2</w:t>
      </w:r>
    </w:p>
    <w:p>
      <w:pPr>
        <w:spacing w:before="0" w:after="40" w:line="259" w:lineRule="auto"/>
      </w:pPr>
      <w:r>
        <w:rPr>
          <w:rFonts w:ascii="Times New Roman" w:hAnsi="Times New Roman" w:eastAsia="Times New Roman"/>
          <w:b w:val="0"/>
          <w:i w:val="0"/>
          <w:sz w:val="21"/>
        </w:rPr>
        <w:t xml:space="preserve"> - Giá trúng đấu giá: ............................ m2</w:t>
      </w:r>
    </w:p>
    <w:p>
      <w:pPr>
        <w:spacing w:before="0" w:after="40" w:line="259" w:lineRule="auto"/>
      </w:pPr>
      <w:r>
        <w:rPr>
          <w:rFonts w:ascii="Times New Roman" w:hAnsi="Times New Roman" w:eastAsia="Times New Roman"/>
          <w:b w:val="0"/>
          <w:i w:val="0"/>
          <w:sz w:val="21"/>
        </w:rPr>
        <w:t xml:space="preserve"> - Giá đất trước khi chuyển mục đích sử dụng đất: ................................................</w:t>
      </w:r>
    </w:p>
    <w:p>
      <w:pPr>
        <w:spacing w:before="0" w:after="40" w:line="259" w:lineRule="auto"/>
      </w:pPr>
      <w:r>
        <w:rPr>
          <w:rFonts w:ascii="Times New Roman" w:hAnsi="Times New Roman" w:eastAsia="Times New Roman"/>
          <w:b w:val="0"/>
          <w:i w:val="0"/>
          <w:sz w:val="21"/>
        </w:rPr>
        <w:t>3.1.4. Diện tích thửa đất: .......................... m2</w:t>
      </w:r>
    </w:p>
    <w:p>
      <w:pPr>
        <w:spacing w:before="0" w:after="40" w:line="259" w:lineRule="auto"/>
      </w:pPr>
      <w:r>
        <w:rPr>
          <w:rFonts w:ascii="Times New Roman" w:hAnsi="Times New Roman" w:eastAsia="Times New Roman"/>
          <w:b w:val="0"/>
          <w:i w:val="0"/>
          <w:sz w:val="21"/>
        </w:rPr>
        <w:t xml:space="preserve"> - Diện tích sử dụng chung: ......................... m2</w:t>
      </w:r>
    </w:p>
    <w:p>
      <w:pPr>
        <w:spacing w:before="0" w:after="40" w:line="259" w:lineRule="auto"/>
      </w:pPr>
      <w:r>
        <w:rPr>
          <w:rFonts w:ascii="Times New Roman" w:hAnsi="Times New Roman" w:eastAsia="Times New Roman"/>
          <w:b w:val="0"/>
          <w:i w:val="0"/>
          <w:sz w:val="21"/>
        </w:rPr>
        <w:t xml:space="preserve"> - Diện tích sử dụng riêng: ......................... m2</w:t>
      </w:r>
    </w:p>
    <w:p>
      <w:pPr>
        <w:spacing w:before="0" w:after="40" w:line="259" w:lineRule="auto"/>
      </w:pPr>
      <w:r>
        <w:rPr>
          <w:rFonts w:ascii="Times New Roman" w:hAnsi="Times New Roman" w:eastAsia="Times New Roman"/>
          <w:b w:val="0"/>
          <w:i w:val="0"/>
          <w:sz w:val="21"/>
        </w:rPr>
        <w:t xml:space="preserve"> - Diện tích phải nộp tiền sử dụng đất/tiền thuê đất: ................................. m2</w:t>
      </w:r>
    </w:p>
    <w:p>
      <w:pPr>
        <w:spacing w:before="0" w:after="40" w:line="259" w:lineRule="auto"/>
      </w:pPr>
      <w:r>
        <w:rPr>
          <w:rFonts w:ascii="Times New Roman" w:hAnsi="Times New Roman" w:eastAsia="Times New Roman"/>
          <w:b w:val="0"/>
          <w:i w:val="0"/>
          <w:sz w:val="21"/>
        </w:rPr>
        <w:t xml:space="preserve"> - Diện tích không phải nộp tiền sử dụng đất/tiền thuê đất: .......................... m2</w:t>
      </w:r>
    </w:p>
    <w:p>
      <w:r>
        <w:br w:type="page"/>
      </w:r>
    </w:p>
    <w:p>
      <w:pPr>
        <w:spacing w:before="0" w:after="40" w:line="259" w:lineRule="auto"/>
      </w:pPr>
      <w:r>
        <w:rPr>
          <w:rFonts w:ascii="Times New Roman" w:hAnsi="Times New Roman" w:eastAsia="Times New Roman"/>
          <w:b w:val="0"/>
          <w:i w:val="0"/>
          <w:sz w:val="21"/>
        </w:rPr>
        <w:t>- Diện tích đất trong hạn mức: ................................ m2</w:t>
      </w:r>
    </w:p>
    <w:p>
      <w:pPr>
        <w:spacing w:before="0" w:after="40" w:line="259" w:lineRule="auto"/>
      </w:pPr>
      <w:r>
        <w:rPr>
          <w:rFonts w:ascii="Times New Roman" w:hAnsi="Times New Roman" w:eastAsia="Times New Roman"/>
          <w:b w:val="0"/>
          <w:i w:val="0"/>
          <w:sz w:val="21"/>
        </w:rPr>
        <w:t>- Diện tích đất ngoài hạn mức: ................................ m2</w:t>
      </w:r>
    </w:p>
    <w:p>
      <w:pPr>
        <w:spacing w:before="0" w:after="40" w:line="259" w:lineRule="auto"/>
      </w:pPr>
      <w:r>
        <w:rPr>
          <w:rFonts w:ascii="Times New Roman" w:hAnsi="Times New Roman" w:eastAsia="Times New Roman"/>
          <w:b w:val="0"/>
          <w:i w:val="0"/>
          <w:sz w:val="21"/>
        </w:rPr>
        <w:t>- Diện tích chuyển mục đích sử dụng đất: ........................ m2</w:t>
      </w:r>
    </w:p>
    <w:p>
      <w:pPr>
        <w:spacing w:before="0" w:after="40" w:line="259" w:lineRule="auto"/>
      </w:pPr>
      <w:r>
        <w:rPr>
          <w:rFonts w:ascii="Times New Roman" w:hAnsi="Times New Roman" w:eastAsia="Times New Roman"/>
          <w:b w:val="0"/>
          <w:i w:val="0"/>
          <w:sz w:val="21"/>
        </w:rPr>
        <w:t>3.1.5. Nguồn gốc sử dụng đất: .......................................................................................</w:t>
      </w:r>
    </w:p>
    <w:p>
      <w:pPr>
        <w:spacing w:before="0" w:after="40" w:line="259" w:lineRule="auto"/>
      </w:pPr>
      <w:r>
        <w:rPr>
          <w:rFonts w:ascii="Times New Roman" w:hAnsi="Times New Roman" w:eastAsia="Times New Roman"/>
          <w:b w:val="0"/>
          <w:i w:val="0"/>
          <w:sz w:val="21"/>
        </w:rPr>
        <w:t>3.1.6. Mục đích sử dụng đất(8): .....................................................................................</w:t>
      </w:r>
    </w:p>
    <w:p>
      <w:pPr>
        <w:spacing w:before="0" w:after="40" w:line="259" w:lineRule="auto"/>
      </w:pPr>
      <w:r>
        <w:rPr>
          <w:rFonts w:ascii="Times New Roman" w:hAnsi="Times New Roman" w:eastAsia="Times New Roman"/>
          <w:b w:val="0"/>
          <w:i w:val="0"/>
          <w:sz w:val="21"/>
        </w:rPr>
        <w:t>Mục đích sử dụng đất trước khi chuyển mục đích: .........................................................</w:t>
      </w:r>
    </w:p>
    <w:p>
      <w:pPr>
        <w:spacing w:before="0" w:after="40" w:line="259" w:lineRule="auto"/>
      </w:pPr>
      <w:r>
        <w:rPr>
          <w:rFonts w:ascii="Times New Roman" w:hAnsi="Times New Roman" w:eastAsia="Times New Roman"/>
          <w:b w:val="0"/>
          <w:i w:val="0"/>
          <w:sz w:val="21"/>
        </w:rPr>
        <w:t>3.1.7. Thời hạn sử dụng đất:</w:t>
      </w:r>
    </w:p>
    <w:p>
      <w:pPr>
        <w:spacing w:before="0" w:after="40" w:line="259" w:lineRule="auto"/>
      </w:pPr>
      <w:r>
        <w:rPr>
          <w:rFonts w:ascii="Times New Roman" w:hAnsi="Times New Roman" w:eastAsia="Times New Roman"/>
          <w:b w:val="0"/>
          <w:i w:val="0"/>
          <w:sz w:val="21"/>
        </w:rPr>
        <w:t xml:space="preserve"> - Ổn định lâu dài □</w:t>
      </w:r>
    </w:p>
    <w:p>
      <w:pPr>
        <w:spacing w:before="0" w:after="40" w:line="259" w:lineRule="auto"/>
      </w:pPr>
      <w:r>
        <w:rPr>
          <w:rFonts w:ascii="Times New Roman" w:hAnsi="Times New Roman" w:eastAsia="Times New Roman"/>
          <w:b w:val="0"/>
          <w:i w:val="0"/>
          <w:sz w:val="21"/>
        </w:rPr>
        <w:t xml:space="preserve"> - Có thời hạn: ............ năm. Từ ngày ...... / ...... / ........ đến ngày ...... / ...... / ........</w:t>
      </w:r>
    </w:p>
    <w:p>
      <w:pPr>
        <w:spacing w:before="0" w:after="40" w:line="259" w:lineRule="auto"/>
      </w:pPr>
      <w:r>
        <w:rPr>
          <w:rFonts w:ascii="Times New Roman" w:hAnsi="Times New Roman" w:eastAsia="Times New Roman"/>
          <w:b w:val="0"/>
          <w:i w:val="0"/>
          <w:sz w:val="21"/>
        </w:rPr>
        <w:t xml:space="preserve"> - Gia hạn: ............ năm. Từ ngày ...... / ...... / ........ đến ngày ...... / ...... / ........</w:t>
      </w:r>
    </w:p>
    <w:p>
      <w:pPr>
        <w:spacing w:before="0" w:after="40" w:line="259" w:lineRule="auto"/>
      </w:pPr>
      <w:r>
        <w:rPr>
          <w:rFonts w:ascii="Times New Roman" w:hAnsi="Times New Roman" w:eastAsia="Times New Roman"/>
          <w:b w:val="0"/>
          <w:i w:val="0"/>
          <w:sz w:val="21"/>
        </w:rPr>
        <w:t>3.1.8. Thời điểm bắt đầu sử dụng đất từ ngày: ...... / ...... / ........</w:t>
      </w:r>
    </w:p>
    <w:p>
      <w:pPr>
        <w:spacing w:before="0" w:after="40" w:line="259" w:lineRule="auto"/>
      </w:pPr>
      <w:r>
        <w:rPr>
          <w:rFonts w:ascii="Times New Roman" w:hAnsi="Times New Roman" w:eastAsia="Times New Roman"/>
          <w:b w:val="0"/>
          <w:i w:val="0"/>
          <w:sz w:val="21"/>
        </w:rPr>
        <w:t>3.1.9. Hình thức sử dụng đất(9): ....................................................................................</w:t>
      </w:r>
    </w:p>
    <w:p>
      <w:pPr>
        <w:spacing w:before="0" w:after="40" w:line="259" w:lineRule="auto"/>
      </w:pPr>
      <w:r>
        <w:rPr>
          <w:rFonts w:ascii="Times New Roman" w:hAnsi="Times New Roman" w:eastAsia="Times New Roman"/>
          <w:b w:val="0"/>
          <w:i w:val="0"/>
          <w:sz w:val="21"/>
        </w:rPr>
        <w:t>3.1.10. Giấy tờ về quyền sử dụng đất(10): ......................................................................</w:t>
      </w:r>
    </w:p>
    <w:p>
      <w:pPr>
        <w:spacing w:before="160" w:after="80" w:line="259" w:lineRule="auto"/>
      </w:pPr>
      <w:r>
        <w:rPr>
          <w:rFonts w:ascii="Times New Roman" w:hAnsi="Times New Roman" w:eastAsia="Times New Roman"/>
          <w:b/>
          <w:i w:val="0"/>
          <w:color w:val="1F4D78"/>
          <w:sz w:val="25"/>
        </w:rPr>
        <w:t>3.2. Thông tin về tài sản gắn liền với đất</w:t>
      </w:r>
    </w:p>
    <w:p>
      <w:pPr>
        <w:spacing w:before="0" w:after="40" w:line="259" w:lineRule="auto"/>
      </w:pPr>
      <w:r>
        <w:rPr>
          <w:rFonts w:ascii="Times New Roman" w:hAnsi="Times New Roman" w:eastAsia="Times New Roman"/>
          <w:b w:val="0"/>
          <w:i w:val="0"/>
          <w:sz w:val="21"/>
        </w:rPr>
        <w:t>3.2.1. Loại nhà ở, công trình: ............................; cấp hạng nhà ở, công trình: ................</w:t>
      </w:r>
    </w:p>
    <w:p>
      <w:pPr>
        <w:spacing w:before="0" w:after="40" w:line="259" w:lineRule="auto"/>
      </w:pPr>
      <w:r>
        <w:rPr>
          <w:rFonts w:ascii="Times New Roman" w:hAnsi="Times New Roman" w:eastAsia="Times New Roman"/>
          <w:b w:val="0"/>
          <w:i w:val="0"/>
          <w:sz w:val="21"/>
        </w:rPr>
        <w:t>3.2.2. Diện tích xây dựng: ................................ m2</w:t>
      </w:r>
    </w:p>
    <w:p>
      <w:pPr>
        <w:spacing w:before="0" w:after="40" w:line="259" w:lineRule="auto"/>
      </w:pPr>
      <w:r>
        <w:rPr>
          <w:rFonts w:ascii="Times New Roman" w:hAnsi="Times New Roman" w:eastAsia="Times New Roman"/>
          <w:b w:val="0"/>
          <w:i w:val="0"/>
          <w:sz w:val="21"/>
        </w:rPr>
        <w:t>3.2.3. Diện tích sàn xây dựng/diện tích sử dụng: ................................. m2</w:t>
      </w:r>
    </w:p>
    <w:p>
      <w:pPr>
        <w:spacing w:before="0" w:after="40" w:line="259" w:lineRule="auto"/>
      </w:pPr>
      <w:r>
        <w:rPr>
          <w:rFonts w:ascii="Times New Roman" w:hAnsi="Times New Roman" w:eastAsia="Times New Roman"/>
          <w:b w:val="0"/>
          <w:i w:val="0"/>
          <w:sz w:val="21"/>
        </w:rPr>
        <w:t>3.2.4. Diện tích sở hữu chung: ................ m2; Diện tích sở hữu riêng: ................ m2</w:t>
      </w:r>
    </w:p>
    <w:p>
      <w:pPr>
        <w:spacing w:before="0" w:after="40" w:line="259" w:lineRule="auto"/>
      </w:pPr>
      <w:r>
        <w:rPr>
          <w:rFonts w:ascii="Times New Roman" w:hAnsi="Times New Roman" w:eastAsia="Times New Roman"/>
          <w:b w:val="0"/>
          <w:i w:val="0"/>
          <w:sz w:val="21"/>
        </w:rPr>
        <w:t>3.2.5. Số tầng: ........ tầng; trong đó, số tầng nổi: ........ tầng, số tầng hầm: ........ tầng</w:t>
      </w:r>
    </w:p>
    <w:p>
      <w:pPr>
        <w:spacing w:before="0" w:after="40" w:line="259" w:lineRule="auto"/>
      </w:pPr>
      <w:r>
        <w:rPr>
          <w:rFonts w:ascii="Times New Roman" w:hAnsi="Times New Roman" w:eastAsia="Times New Roman"/>
          <w:b w:val="0"/>
          <w:i w:val="0"/>
          <w:sz w:val="21"/>
        </w:rPr>
        <w:t>3.2.6. Nguồn gốc: ............................................................................................................</w:t>
      </w:r>
    </w:p>
    <w:p>
      <w:pPr>
        <w:spacing w:before="0" w:after="40" w:line="259" w:lineRule="auto"/>
      </w:pPr>
      <w:r>
        <w:rPr>
          <w:rFonts w:ascii="Times New Roman" w:hAnsi="Times New Roman" w:eastAsia="Times New Roman"/>
          <w:b w:val="0"/>
          <w:i w:val="0"/>
          <w:sz w:val="21"/>
        </w:rPr>
        <w:t>3.2.7. Năm hoàn thành xây dựng: ....................................................................................</w:t>
      </w:r>
    </w:p>
    <w:p>
      <w:pPr>
        <w:spacing w:before="0" w:after="40" w:line="259" w:lineRule="auto"/>
      </w:pPr>
      <w:r>
        <w:rPr>
          <w:rFonts w:ascii="Times New Roman" w:hAnsi="Times New Roman" w:eastAsia="Times New Roman"/>
          <w:b w:val="0"/>
          <w:i w:val="0"/>
          <w:sz w:val="21"/>
        </w:rPr>
        <w:t>3.2.8. Thời hạn sở hữu đến: ............................................................................................</w:t>
      </w:r>
    </w:p>
    <w:p>
      <w:pPr>
        <w:spacing w:before="160" w:after="80" w:line="259" w:lineRule="auto"/>
      </w:pPr>
      <w:r>
        <w:rPr>
          <w:rFonts w:ascii="Times New Roman" w:hAnsi="Times New Roman" w:eastAsia="Times New Roman"/>
          <w:b/>
          <w:i w:val="0"/>
          <w:color w:val="1F4D78"/>
          <w:sz w:val="25"/>
        </w:rPr>
        <w:t>IV. THÔNG TIN CỤ THỂ XÁC ĐỊNH NGHĨA VỤ TÀI CHÍNH</w:t>
      </w:r>
    </w:p>
    <w:p>
      <w:pPr>
        <w:spacing w:before="0" w:after="40" w:line="259" w:lineRule="auto"/>
      </w:pPr>
      <w:r>
        <w:rPr>
          <w:rFonts w:ascii="Times New Roman" w:hAnsi="Times New Roman" w:eastAsia="Times New Roman"/>
          <w:b w:val="0"/>
          <w:i w:val="0"/>
          <w:sz w:val="21"/>
        </w:rPr>
        <w:t>1. Đối với thửa đất để xây dựng công trình ngầm trong lòng đất:</w:t>
      </w:r>
    </w:p>
    <w:p>
      <w:pPr>
        <w:spacing w:before="0" w:after="40" w:line="259" w:lineRule="auto"/>
      </w:pPr>
      <w:r>
        <w:rPr>
          <w:rFonts w:ascii="Times New Roman" w:hAnsi="Times New Roman" w:eastAsia="Times New Roman"/>
          <w:b w:val="0"/>
          <w:i w:val="0"/>
          <w:sz w:val="21"/>
        </w:rPr>
        <w:t xml:space="preserve"> - Diện tích đất: ................................ m2</w:t>
      </w:r>
    </w:p>
    <w:p>
      <w:pPr>
        <w:spacing w:before="0" w:after="40" w:line="259" w:lineRule="auto"/>
      </w:pPr>
      <w:r>
        <w:rPr>
          <w:rFonts w:ascii="Times New Roman" w:hAnsi="Times New Roman" w:eastAsia="Times New Roman"/>
          <w:b w:val="0"/>
          <w:i w:val="0"/>
          <w:sz w:val="21"/>
        </w:rPr>
        <w:t xml:space="preserve"> - Giá đất tính tiền thuê đất: ......................................................................................</w:t>
      </w:r>
    </w:p>
    <w:p>
      <w:pPr>
        <w:spacing w:before="0" w:after="40" w:line="259" w:lineRule="auto"/>
      </w:pPr>
      <w:r>
        <w:rPr>
          <w:rFonts w:ascii="Times New Roman" w:hAnsi="Times New Roman" w:eastAsia="Times New Roman"/>
          <w:b w:val="0"/>
          <w:i w:val="0"/>
          <w:sz w:val="21"/>
        </w:rPr>
        <w:t>2. Đối với thuê đất có mặt nước:</w:t>
      </w:r>
    </w:p>
    <w:p>
      <w:pPr>
        <w:spacing w:before="0" w:after="40" w:line="259" w:lineRule="auto"/>
      </w:pPr>
      <w:r>
        <w:rPr>
          <w:rFonts w:ascii="Times New Roman" w:hAnsi="Times New Roman" w:eastAsia="Times New Roman"/>
          <w:b w:val="0"/>
          <w:i w:val="0"/>
          <w:sz w:val="21"/>
        </w:rPr>
        <w:t xml:space="preserve"> - Diện tích đất: ................................ m2</w:t>
      </w:r>
    </w:p>
    <w:p>
      <w:pPr>
        <w:spacing w:before="0" w:after="40" w:line="259" w:lineRule="auto"/>
      </w:pPr>
      <w:r>
        <w:rPr>
          <w:rFonts w:ascii="Times New Roman" w:hAnsi="Times New Roman" w:eastAsia="Times New Roman"/>
          <w:b w:val="0"/>
          <w:i w:val="0"/>
          <w:sz w:val="21"/>
        </w:rPr>
        <w:t xml:space="preserve"> - Diện tích mặt nước: ........................ m2</w:t>
      </w:r>
    </w:p>
    <w:p>
      <w:pPr>
        <w:spacing w:before="0" w:after="40" w:line="259" w:lineRule="auto"/>
      </w:pPr>
      <w:r>
        <w:rPr>
          <w:rFonts w:ascii="Times New Roman" w:hAnsi="Times New Roman" w:eastAsia="Times New Roman"/>
          <w:b w:val="0"/>
          <w:i w:val="0"/>
          <w:sz w:val="21"/>
        </w:rPr>
        <w:t xml:space="preserve"> - Giá đất để tính tiền thuê đất của phần diện tích đất: .............................................</w:t>
      </w:r>
    </w:p>
    <w:p>
      <w:r>
        <w:br w:type="page"/>
      </w:r>
    </w:p>
    <w:p>
      <w:pPr>
        <w:spacing w:before="160" w:after="80" w:line="259" w:lineRule="auto"/>
      </w:pPr>
      <w:r>
        <w:rPr>
          <w:rFonts w:ascii="Times New Roman" w:hAnsi="Times New Roman" w:eastAsia="Times New Roman"/>
          <w:b/>
          <w:i w:val="0"/>
          <w:color w:val="1F4D78"/>
          <w:sz w:val="25"/>
        </w:rPr>
        <w:t>V. THÔNG TIN VỀ NHU CẦU GHI NỢ NGHĨA VỤ TÀI CHÍNH</w:t>
      </w:r>
    </w:p>
    <w:p>
      <w:pPr>
        <w:spacing w:before="0" w:after="80" w:line="259" w:lineRule="auto"/>
      </w:pPr>
      <w:r>
        <w:rPr>
          <w:rFonts w:ascii="Times New Roman" w:hAnsi="Times New Roman" w:eastAsia="Times New Roman"/>
          <w:b w:val="0"/>
          <w:i/>
          <w:sz w:val="21"/>
        </w:rPr>
        <w:t>(Chỉ áp dụng đối với hộ gia đình, cá nhân được ghi nợ)</w:t>
      </w:r>
    </w:p>
    <w:p>
      <w:pPr>
        <w:spacing w:before="0" w:after="60" w:line="259" w:lineRule="auto"/>
      </w:pPr>
      <w:r>
        <w:rPr>
          <w:rFonts w:ascii="Times New Roman" w:hAnsi="Times New Roman" w:eastAsia="Times New Roman"/>
          <w:b w:val="0"/>
          <w:i w:val="0"/>
          <w:sz w:val="21"/>
        </w:rPr>
        <w:t>- Tiền sử dụng đất: ........................................................................................................</w:t>
      </w:r>
    </w:p>
    <w:p>
      <w:pPr>
        <w:spacing w:before="0" w:after="160" w:line="259" w:lineRule="auto"/>
      </w:pPr>
      <w:r>
        <w:rPr>
          <w:rFonts w:ascii="Times New Roman" w:hAnsi="Times New Roman" w:eastAsia="Times New Roman"/>
          <w:b w:val="0"/>
          <w:i w:val="0"/>
          <w:sz w:val="21"/>
        </w:rPr>
        <w:t>- Lệ phí trước bạ: ..........................................................................................................</w:t>
      </w:r>
    </w:p>
    <w:p>
      <w:pPr>
        <w:spacing w:before="160" w:after="80" w:line="259" w:lineRule="auto"/>
      </w:pPr>
      <w:r>
        <w:rPr>
          <w:rFonts w:ascii="Times New Roman" w:hAnsi="Times New Roman" w:eastAsia="Times New Roman"/>
          <w:b/>
          <w:i w:val="0"/>
          <w:color w:val="1F4D78"/>
          <w:sz w:val="25"/>
        </w:rPr>
        <w:t>VI. NHỮNG GIẤY TỜ KÈM THEO DO NGƯỜI SỬ DỤNG ĐẤT NỘP(12)</w:t>
      </w:r>
    </w:p>
    <w:p>
      <w:pPr>
        <w:spacing w:before="0" w:after="60" w:line="259" w:lineRule="auto"/>
      </w:pPr>
      <w:r>
        <w:rPr>
          <w:rFonts w:ascii="Times New Roman" w:hAnsi="Times New Roman" w:eastAsia="Times New Roman"/>
          <w:b w:val="0"/>
          <w:i w:val="0"/>
          <w:sz w:val="21"/>
        </w:rPr>
        <w:t>................................................................................................................................................</w:t>
      </w:r>
    </w:p>
    <w:p>
      <w:pPr>
        <w:spacing w:before="0" w:after="60" w:line="259" w:lineRule="auto"/>
      </w:pPr>
      <w:r>
        <w:rPr>
          <w:rFonts w:ascii="Times New Roman" w:hAnsi="Times New Roman" w:eastAsia="Times New Roman"/>
          <w:b w:val="0"/>
          <w:i w:val="0"/>
          <w:sz w:val="21"/>
        </w:rPr>
        <w:t>................................................................................................................................................</w:t>
      </w:r>
    </w:p>
    <w:p>
      <w:pPr>
        <w:spacing w:before="0" w:after="60" w:line="259" w:lineRule="auto"/>
      </w:pPr>
      <w:r>
        <w:rPr>
          <w:rFonts w:ascii="Times New Roman" w:hAnsi="Times New Roman" w:eastAsia="Times New Roman"/>
          <w:b w:val="0"/>
          <w:i w:val="0"/>
          <w:sz w:val="21"/>
        </w:rPr>
        <w:t>................................................................................................................................................</w:t>
      </w:r>
    </w:p>
    <w:p>
      <w:pPr>
        <w:spacing w:before="0" w:after="0" w:line="259" w:lineRule="auto"/>
        <w:jc w:val="right"/>
      </w:pPr>
      <w:r>
        <w:rPr>
          <w:rFonts w:ascii="Times New Roman" w:hAnsi="Times New Roman" w:eastAsia="Times New Roman"/>
          <w:b/>
          <w:i w:val="0"/>
          <w:sz w:val="22"/>
        </w:rPr>
        <w:t>THỦ TRƯỞNG ĐƠN VỊ</w:t>
      </w:r>
    </w:p>
    <w:p>
      <w:pPr>
        <w:spacing w:before="0" w:after="200" w:line="259" w:lineRule="auto"/>
        <w:jc w:val="right"/>
      </w:pPr>
      <w:r>
        <w:rPr>
          <w:rFonts w:ascii="Times New Roman" w:hAnsi="Times New Roman" w:eastAsia="Times New Roman"/>
          <w:b w:val="0"/>
          <w:i/>
          <w:sz w:val="21"/>
        </w:rPr>
        <w:t>(Ký, ghi rõ họ tên, đóng dấu)</w:t>
      </w:r>
    </w:p>
    <w:p>
      <w:pPr>
        <w:sectPr>
          <w:footerReference w:type="default" r:id="rId9"/>
          <w:pgSz w:w="11906" w:h="16838"/>
          <w:pgMar w:top="964" w:right="907" w:bottom="964" w:left="907" w:header="567" w:footer="567" w:gutter="0"/>
          <w:cols w:space="720"/>
          <w:docGrid w:linePitch="360"/>
        </w:sectPr>
      </w:pPr>
    </w:p>
    <w:p>
      <w:pPr>
        <w:spacing w:before="0" w:after="40" w:line="259" w:lineRule="auto"/>
        <w:jc w:val="right"/>
      </w:pPr>
      <w:r>
        <w:rPr>
          <w:rFonts w:ascii="Times New Roman" w:hAnsi="Times New Roman" w:eastAsia="Times New Roman"/>
          <w:b/>
          <w:i w:val="0"/>
          <w:sz w:val="22"/>
        </w:rPr>
        <w:t>Mẫu số 19a</w:t>
      </w:r>
    </w:p>
    <w:p>
      <w:pPr>
        <w:spacing w:before="0" w:after="40" w:line="259" w:lineRule="auto"/>
        <w:jc w:val="center"/>
      </w:pPr>
      <w:r>
        <w:rPr>
          <w:rFonts w:ascii="Times New Roman" w:hAnsi="Times New Roman" w:eastAsia="Times New Roman"/>
          <w:b/>
          <w:i w:val="0"/>
          <w:sz w:val="28"/>
        </w:rPr>
        <w:t>BẢNG KÊ CHI TIẾT</w:t>
      </w:r>
    </w:p>
    <w:p>
      <w:pPr>
        <w:spacing w:before="0" w:after="100" w:line="259" w:lineRule="auto"/>
        <w:jc w:val="center"/>
      </w:pPr>
      <w:r>
        <w:rPr>
          <w:rFonts w:ascii="Times New Roman" w:hAnsi="Times New Roman" w:eastAsia="Times New Roman"/>
          <w:b/>
          <w:i w:val="0"/>
          <w:sz w:val="22"/>
        </w:rPr>
        <w:t>Bảng 1: Danh sách đồng sử dụng, đồng sở hữu</w:t>
      </w:r>
    </w:p>
    <w:tbl>
      <w:tblPr>
        <w:tblStyle w:val="TableGrid"/>
        <w:tblW w:type="auto" w:w="0"/>
        <w:jc w:val="center"/>
        <w:tblLayout w:type="fixed"/>
        <w:tblLook w:firstColumn="1" w:firstRow="1" w:lastColumn="0" w:lastRow="0" w:noHBand="0" w:noVBand="1" w:val="04A0"/>
      </w:tblPr>
      <w:tblGrid>
        <w:gridCol w:w="2561"/>
        <w:gridCol w:w="2561"/>
        <w:gridCol w:w="2561"/>
        <w:gridCol w:w="2561"/>
        <w:gridCol w:w="2561"/>
        <w:gridCol w:w="2561"/>
      </w:tblGrid>
      <w:tr>
        <w:tc>
          <w:tcPr>
            <w:tcW w:type="dxa" w:w="567"/>
            <w:vAlign w:val="center"/>
            <w:tcMar>
              <w:top w:w="80" w:type="dxa"/>
              <w:start w:w="100" w:type="dxa"/>
              <w:bottom w:w="80" w:type="dxa"/>
              <w:end w:w="100" w:type="dxa"/>
            </w:tcMar>
            <w:shd w:fill="E8EEF5"/>
          </w:tcPr>
          <w:p>
            <w:pPr>
              <w:spacing w:after="20" w:line="240" w:lineRule="auto"/>
              <w:jc w:val="center"/>
            </w:pPr>
            <w:r>
              <w:rPr>
                <w:rFonts w:ascii="Times New Roman" w:hAnsi="Times New Roman" w:eastAsia="Times New Roman"/>
                <w:b/>
                <w:sz w:val="17"/>
              </w:rPr>
              <w:t>STT</w:t>
            </w:r>
          </w:p>
        </w:tc>
        <w:tc>
          <w:tcPr>
            <w:tcW w:type="dxa" w:w="2948"/>
            <w:vAlign w:val="center"/>
            <w:tcMar>
              <w:top w:w="80" w:type="dxa"/>
              <w:start w:w="100" w:type="dxa"/>
              <w:bottom w:w="80" w:type="dxa"/>
              <w:end w:w="100" w:type="dxa"/>
            </w:tcMar>
            <w:shd w:fill="E8EEF5"/>
          </w:tcPr>
          <w:p>
            <w:pPr>
              <w:spacing w:after="20" w:line="240" w:lineRule="auto"/>
              <w:jc w:val="center"/>
            </w:pPr>
            <w:r>
              <w:rPr>
                <w:rFonts w:ascii="Times New Roman" w:hAnsi="Times New Roman" w:eastAsia="Times New Roman"/>
                <w:b/>
                <w:sz w:val="17"/>
              </w:rPr>
              <w:t>Tên người sử dụng đất, chủ sở hữu tài sản gắn liền với đất</w:t>
            </w:r>
          </w:p>
        </w:tc>
        <w:tc>
          <w:tcPr>
            <w:tcW w:type="dxa" w:w="2041"/>
            <w:vAlign w:val="center"/>
            <w:tcMar>
              <w:top w:w="80" w:type="dxa"/>
              <w:start w:w="100" w:type="dxa"/>
              <w:bottom w:w="80" w:type="dxa"/>
              <w:end w:w="100" w:type="dxa"/>
            </w:tcMar>
            <w:shd w:fill="E8EEF5"/>
          </w:tcPr>
          <w:p>
            <w:pPr>
              <w:spacing w:after="20" w:line="240" w:lineRule="auto"/>
              <w:jc w:val="center"/>
            </w:pPr>
            <w:r>
              <w:rPr>
                <w:rFonts w:ascii="Times New Roman" w:hAnsi="Times New Roman" w:eastAsia="Times New Roman"/>
                <w:b/>
                <w:sz w:val="17"/>
              </w:rPr>
              <w:t>Địa chỉ</w:t>
            </w:r>
          </w:p>
        </w:tc>
        <w:tc>
          <w:tcPr>
            <w:tcW w:type="dxa" w:w="1701"/>
            <w:vAlign w:val="center"/>
            <w:tcMar>
              <w:top w:w="80" w:type="dxa"/>
              <w:start w:w="100" w:type="dxa"/>
              <w:bottom w:w="80" w:type="dxa"/>
              <w:end w:w="100" w:type="dxa"/>
            </w:tcMar>
            <w:shd w:fill="E8EEF5"/>
          </w:tcPr>
          <w:p>
            <w:pPr>
              <w:spacing w:after="20" w:line="240" w:lineRule="auto"/>
              <w:jc w:val="center"/>
            </w:pPr>
            <w:r>
              <w:rPr>
                <w:rFonts w:ascii="Times New Roman" w:hAnsi="Times New Roman" w:eastAsia="Times New Roman"/>
                <w:b/>
                <w:sz w:val="17"/>
              </w:rPr>
              <w:t>Mã số thuế (nếu có)</w:t>
            </w:r>
          </w:p>
        </w:tc>
        <w:tc>
          <w:tcPr>
            <w:tcW w:type="dxa" w:w="2948"/>
            <w:vAlign w:val="center"/>
            <w:tcMar>
              <w:top w:w="80" w:type="dxa"/>
              <w:start w:w="100" w:type="dxa"/>
              <w:bottom w:w="80" w:type="dxa"/>
              <w:end w:w="100" w:type="dxa"/>
            </w:tcMar>
            <w:shd w:fill="E8EEF5"/>
          </w:tcPr>
          <w:p>
            <w:pPr>
              <w:spacing w:after="20" w:line="240" w:lineRule="auto"/>
              <w:jc w:val="center"/>
            </w:pPr>
            <w:r>
              <w:rPr>
                <w:rFonts w:ascii="Times New Roman" w:hAnsi="Times New Roman" w:eastAsia="Times New Roman"/>
                <w:b/>
                <w:sz w:val="17"/>
              </w:rPr>
              <w:t>Giấy tờ pháp nhân/Số hộ chiếu/Số định danh cá nhân</w:t>
            </w:r>
          </w:p>
        </w:tc>
        <w:tc>
          <w:tcPr>
            <w:tcW w:type="dxa" w:w="1984"/>
            <w:vAlign w:val="center"/>
            <w:tcMar>
              <w:top w:w="80" w:type="dxa"/>
              <w:start w:w="100" w:type="dxa"/>
              <w:bottom w:w="80" w:type="dxa"/>
              <w:end w:w="100" w:type="dxa"/>
            </w:tcMar>
            <w:shd w:fill="E8EEF5"/>
          </w:tcPr>
          <w:p>
            <w:pPr>
              <w:spacing w:after="20" w:line="240" w:lineRule="auto"/>
              <w:jc w:val="center"/>
            </w:pPr>
            <w:r>
              <w:rPr>
                <w:rFonts w:ascii="Times New Roman" w:hAnsi="Times New Roman" w:eastAsia="Times New Roman"/>
                <w:b/>
                <w:sz w:val="17"/>
              </w:rPr>
              <w:t>Diện tích sử dụng/tỷ lệ sở hữu</w:t>
            </w:r>
          </w:p>
        </w:tc>
      </w:tr>
      <w:tr>
        <w:tc>
          <w:tcPr>
            <w:tcW w:type="dxa" w:w="567"/>
            <w:vAlign w:val="center"/>
            <w:tcMar>
              <w:top w:w="80" w:type="dxa"/>
              <w:start w:w="100" w:type="dxa"/>
              <w:bottom w:w="80" w:type="dxa"/>
              <w:end w:w="100" w:type="dxa"/>
            </w:tcMar>
          </w:tcPr>
          <w:p>
            <w:pPr>
              <w:spacing w:after="20" w:line="240" w:lineRule="auto"/>
              <w:jc w:val="center"/>
            </w:pPr>
            <w:r>
              <w:rPr>
                <w:rFonts w:ascii="Times New Roman" w:hAnsi="Times New Roman" w:eastAsia="Times New Roman"/>
                <w:b w:val="0"/>
                <w:sz w:val="17"/>
              </w:rPr>
              <w:t>1</w:t>
            </w:r>
          </w:p>
        </w:tc>
        <w:tc>
          <w:tcPr>
            <w:tcW w:type="dxa" w:w="2948"/>
            <w:vAlign w:val="center"/>
            <w:tcMar>
              <w:top w:w="80" w:type="dxa"/>
              <w:start w:w="100" w:type="dxa"/>
              <w:bottom w:w="80" w:type="dxa"/>
              <w:end w:w="100" w:type="dxa"/>
            </w:tcMar>
          </w:tcPr>
          <w:p>
            <w:pPr>
              <w:spacing w:after="20" w:line="240" w:lineRule="auto"/>
              <w:jc w:val="left"/>
            </w:pPr>
          </w:p>
        </w:tc>
        <w:tc>
          <w:tcPr>
            <w:tcW w:type="dxa" w:w="2041"/>
            <w:vAlign w:val="center"/>
            <w:tcMar>
              <w:top w:w="80" w:type="dxa"/>
              <w:start w:w="100" w:type="dxa"/>
              <w:bottom w:w="80" w:type="dxa"/>
              <w:end w:w="100" w:type="dxa"/>
            </w:tcMar>
          </w:tcPr>
          <w:p>
            <w:pPr>
              <w:spacing w:after="20" w:line="240" w:lineRule="auto"/>
              <w:jc w:val="left"/>
            </w:pPr>
          </w:p>
        </w:tc>
        <w:tc>
          <w:tcPr>
            <w:tcW w:type="dxa" w:w="1701"/>
            <w:vAlign w:val="center"/>
            <w:tcMar>
              <w:top w:w="80" w:type="dxa"/>
              <w:start w:w="100" w:type="dxa"/>
              <w:bottom w:w="80" w:type="dxa"/>
              <w:end w:w="100" w:type="dxa"/>
            </w:tcMar>
          </w:tcPr>
          <w:p>
            <w:pPr>
              <w:spacing w:after="20" w:line="240" w:lineRule="auto"/>
              <w:jc w:val="left"/>
            </w:pPr>
          </w:p>
        </w:tc>
        <w:tc>
          <w:tcPr>
            <w:tcW w:type="dxa" w:w="2948"/>
            <w:vAlign w:val="center"/>
            <w:tcMar>
              <w:top w:w="80" w:type="dxa"/>
              <w:start w:w="100" w:type="dxa"/>
              <w:bottom w:w="80" w:type="dxa"/>
              <w:end w:w="100" w:type="dxa"/>
            </w:tcMar>
          </w:tcPr>
          <w:p>
            <w:pPr>
              <w:spacing w:after="20" w:line="240" w:lineRule="auto"/>
              <w:jc w:val="left"/>
            </w:pPr>
          </w:p>
        </w:tc>
        <w:tc>
          <w:tcPr>
            <w:tcW w:type="dxa" w:w="1984"/>
            <w:vAlign w:val="center"/>
            <w:tcMar>
              <w:top w:w="80" w:type="dxa"/>
              <w:start w:w="100" w:type="dxa"/>
              <w:bottom w:w="80" w:type="dxa"/>
              <w:end w:w="100" w:type="dxa"/>
            </w:tcMar>
          </w:tcPr>
          <w:p>
            <w:pPr>
              <w:spacing w:after="20" w:line="240" w:lineRule="auto"/>
              <w:jc w:val="left"/>
            </w:pPr>
          </w:p>
        </w:tc>
      </w:tr>
      <w:tr>
        <w:tc>
          <w:tcPr>
            <w:tcW w:type="dxa" w:w="567"/>
            <w:vAlign w:val="center"/>
            <w:tcMar>
              <w:top w:w="80" w:type="dxa"/>
              <w:start w:w="100" w:type="dxa"/>
              <w:bottom w:w="80" w:type="dxa"/>
              <w:end w:w="100" w:type="dxa"/>
            </w:tcMar>
          </w:tcPr>
          <w:p>
            <w:pPr>
              <w:spacing w:after="20" w:line="240" w:lineRule="auto"/>
              <w:jc w:val="center"/>
            </w:pPr>
            <w:r>
              <w:rPr>
                <w:rFonts w:ascii="Times New Roman" w:hAnsi="Times New Roman" w:eastAsia="Times New Roman"/>
                <w:b w:val="0"/>
                <w:sz w:val="17"/>
              </w:rPr>
              <w:t>2</w:t>
            </w:r>
          </w:p>
        </w:tc>
        <w:tc>
          <w:tcPr>
            <w:tcW w:type="dxa" w:w="2948"/>
            <w:vAlign w:val="center"/>
            <w:tcMar>
              <w:top w:w="80" w:type="dxa"/>
              <w:start w:w="100" w:type="dxa"/>
              <w:bottom w:w="80" w:type="dxa"/>
              <w:end w:w="100" w:type="dxa"/>
            </w:tcMar>
          </w:tcPr>
          <w:p>
            <w:pPr>
              <w:spacing w:after="20" w:line="240" w:lineRule="auto"/>
              <w:jc w:val="left"/>
            </w:pPr>
          </w:p>
        </w:tc>
        <w:tc>
          <w:tcPr>
            <w:tcW w:type="dxa" w:w="2041"/>
            <w:vAlign w:val="center"/>
            <w:tcMar>
              <w:top w:w="80" w:type="dxa"/>
              <w:start w:w="100" w:type="dxa"/>
              <w:bottom w:w="80" w:type="dxa"/>
              <w:end w:w="100" w:type="dxa"/>
            </w:tcMar>
          </w:tcPr>
          <w:p>
            <w:pPr>
              <w:spacing w:after="20" w:line="240" w:lineRule="auto"/>
              <w:jc w:val="left"/>
            </w:pPr>
          </w:p>
        </w:tc>
        <w:tc>
          <w:tcPr>
            <w:tcW w:type="dxa" w:w="1701"/>
            <w:vAlign w:val="center"/>
            <w:tcMar>
              <w:top w:w="80" w:type="dxa"/>
              <w:start w:w="100" w:type="dxa"/>
              <w:bottom w:w="80" w:type="dxa"/>
              <w:end w:w="100" w:type="dxa"/>
            </w:tcMar>
          </w:tcPr>
          <w:p>
            <w:pPr>
              <w:spacing w:after="20" w:line="240" w:lineRule="auto"/>
              <w:jc w:val="left"/>
            </w:pPr>
          </w:p>
        </w:tc>
        <w:tc>
          <w:tcPr>
            <w:tcW w:type="dxa" w:w="2948"/>
            <w:vAlign w:val="center"/>
            <w:tcMar>
              <w:top w:w="80" w:type="dxa"/>
              <w:start w:w="100" w:type="dxa"/>
              <w:bottom w:w="80" w:type="dxa"/>
              <w:end w:w="100" w:type="dxa"/>
            </w:tcMar>
          </w:tcPr>
          <w:p>
            <w:pPr>
              <w:spacing w:after="20" w:line="240" w:lineRule="auto"/>
              <w:jc w:val="left"/>
            </w:pPr>
          </w:p>
        </w:tc>
        <w:tc>
          <w:tcPr>
            <w:tcW w:type="dxa" w:w="1984"/>
            <w:vAlign w:val="center"/>
            <w:tcMar>
              <w:top w:w="80" w:type="dxa"/>
              <w:start w:w="100" w:type="dxa"/>
              <w:bottom w:w="80" w:type="dxa"/>
              <w:end w:w="100" w:type="dxa"/>
            </w:tcMar>
          </w:tcPr>
          <w:p>
            <w:pPr>
              <w:spacing w:after="20" w:line="240" w:lineRule="auto"/>
              <w:jc w:val="left"/>
            </w:pPr>
          </w:p>
        </w:tc>
      </w:tr>
      <w:tr>
        <w:tc>
          <w:tcPr>
            <w:tcW w:type="dxa" w:w="567"/>
            <w:vAlign w:val="center"/>
            <w:tcMar>
              <w:top w:w="80" w:type="dxa"/>
              <w:start w:w="100" w:type="dxa"/>
              <w:bottom w:w="80" w:type="dxa"/>
              <w:end w:w="100" w:type="dxa"/>
            </w:tcMar>
          </w:tcPr>
          <w:p>
            <w:pPr>
              <w:spacing w:after="20" w:line="240" w:lineRule="auto"/>
              <w:jc w:val="center"/>
            </w:pPr>
            <w:r>
              <w:rPr>
                <w:rFonts w:ascii="Times New Roman" w:hAnsi="Times New Roman" w:eastAsia="Times New Roman"/>
                <w:b w:val="0"/>
                <w:sz w:val="17"/>
              </w:rPr>
              <w:t>3</w:t>
            </w:r>
          </w:p>
        </w:tc>
        <w:tc>
          <w:tcPr>
            <w:tcW w:type="dxa" w:w="2948"/>
            <w:vAlign w:val="center"/>
            <w:tcMar>
              <w:top w:w="80" w:type="dxa"/>
              <w:start w:w="100" w:type="dxa"/>
              <w:bottom w:w="80" w:type="dxa"/>
              <w:end w:w="100" w:type="dxa"/>
            </w:tcMar>
          </w:tcPr>
          <w:p>
            <w:pPr>
              <w:spacing w:after="20" w:line="240" w:lineRule="auto"/>
              <w:jc w:val="left"/>
            </w:pPr>
          </w:p>
        </w:tc>
        <w:tc>
          <w:tcPr>
            <w:tcW w:type="dxa" w:w="2041"/>
            <w:vAlign w:val="center"/>
            <w:tcMar>
              <w:top w:w="80" w:type="dxa"/>
              <w:start w:w="100" w:type="dxa"/>
              <w:bottom w:w="80" w:type="dxa"/>
              <w:end w:w="100" w:type="dxa"/>
            </w:tcMar>
          </w:tcPr>
          <w:p>
            <w:pPr>
              <w:spacing w:after="20" w:line="240" w:lineRule="auto"/>
              <w:jc w:val="left"/>
            </w:pPr>
          </w:p>
        </w:tc>
        <w:tc>
          <w:tcPr>
            <w:tcW w:type="dxa" w:w="1701"/>
            <w:vAlign w:val="center"/>
            <w:tcMar>
              <w:top w:w="80" w:type="dxa"/>
              <w:start w:w="100" w:type="dxa"/>
              <w:bottom w:w="80" w:type="dxa"/>
              <w:end w:w="100" w:type="dxa"/>
            </w:tcMar>
          </w:tcPr>
          <w:p>
            <w:pPr>
              <w:spacing w:after="20" w:line="240" w:lineRule="auto"/>
              <w:jc w:val="left"/>
            </w:pPr>
          </w:p>
        </w:tc>
        <w:tc>
          <w:tcPr>
            <w:tcW w:type="dxa" w:w="2948"/>
            <w:vAlign w:val="center"/>
            <w:tcMar>
              <w:top w:w="80" w:type="dxa"/>
              <w:start w:w="100" w:type="dxa"/>
              <w:bottom w:w="80" w:type="dxa"/>
              <w:end w:w="100" w:type="dxa"/>
            </w:tcMar>
          </w:tcPr>
          <w:p>
            <w:pPr>
              <w:spacing w:after="20" w:line="240" w:lineRule="auto"/>
              <w:jc w:val="left"/>
            </w:pPr>
          </w:p>
        </w:tc>
        <w:tc>
          <w:tcPr>
            <w:tcW w:type="dxa" w:w="1984"/>
            <w:vAlign w:val="center"/>
            <w:tcMar>
              <w:top w:w="80" w:type="dxa"/>
              <w:start w:w="100" w:type="dxa"/>
              <w:bottom w:w="80" w:type="dxa"/>
              <w:end w:w="100" w:type="dxa"/>
            </w:tcMar>
          </w:tcPr>
          <w:p>
            <w:pPr>
              <w:spacing w:after="20" w:line="240" w:lineRule="auto"/>
              <w:jc w:val="left"/>
            </w:pPr>
          </w:p>
        </w:tc>
      </w:tr>
    </w:tbl>
    <w:p>
      <w:pPr>
        <w:spacing w:before="160" w:after="100" w:line="259" w:lineRule="auto"/>
        <w:jc w:val="center"/>
      </w:pPr>
      <w:r>
        <w:rPr>
          <w:rFonts w:ascii="Times New Roman" w:hAnsi="Times New Roman" w:eastAsia="Times New Roman"/>
          <w:b/>
          <w:i w:val="0"/>
          <w:sz w:val="22"/>
        </w:rPr>
        <w:t>Bảng 2: Bảng kê thông tin về đất</w:t>
      </w:r>
    </w:p>
    <w:tbl>
      <w:tblPr>
        <w:tblStyle w:val="TableGrid"/>
        <w:tblW w:type="auto" w:w="0"/>
        <w:jc w:val="center"/>
        <w:tblLayout w:type="fixed"/>
        <w:tblLook w:firstColumn="1" w:firstRow="1" w:lastColumn="0" w:lastRow="0" w:noHBand="0" w:noVBand="1" w:val="04A0"/>
      </w:tblPr>
      <w:tblGrid>
        <w:gridCol w:w="1280"/>
        <w:gridCol w:w="1280"/>
        <w:gridCol w:w="1280"/>
        <w:gridCol w:w="1280"/>
        <w:gridCol w:w="1280"/>
        <w:gridCol w:w="1280"/>
        <w:gridCol w:w="1280"/>
        <w:gridCol w:w="1280"/>
        <w:gridCol w:w="1280"/>
        <w:gridCol w:w="1280"/>
        <w:gridCol w:w="1280"/>
        <w:gridCol w:w="1280"/>
      </w:tblGrid>
      <w:tr>
        <w:tc>
          <w:tcPr>
            <w:tcW w:type="dxa" w:w="454"/>
            <w:vAlign w:val="center"/>
            <w:tcMar>
              <w:top w:w="80" w:type="dxa"/>
              <w:start w:w="100" w:type="dxa"/>
              <w:bottom w:w="80" w:type="dxa"/>
              <w:end w:w="100" w:type="dxa"/>
            </w:tcMar>
            <w:shd w:fill="E8EEF5"/>
          </w:tcPr>
          <w:p>
            <w:pPr>
              <w:spacing w:after="20" w:line="240" w:lineRule="auto"/>
              <w:jc w:val="center"/>
            </w:pPr>
            <w:r>
              <w:rPr>
                <w:rFonts w:ascii="Times New Roman" w:hAnsi="Times New Roman" w:eastAsia="Times New Roman"/>
                <w:b/>
                <w:sz w:val="15"/>
              </w:rPr>
              <w:t>STT</w:t>
            </w:r>
          </w:p>
        </w:tc>
        <w:tc>
          <w:tcPr>
            <w:tcW w:type="dxa" w:w="964"/>
            <w:vAlign w:val="center"/>
            <w:tcMar>
              <w:top w:w="80" w:type="dxa"/>
              <w:start w:w="100" w:type="dxa"/>
              <w:bottom w:w="80" w:type="dxa"/>
              <w:end w:w="100" w:type="dxa"/>
            </w:tcMar>
            <w:shd w:fill="E8EEF5"/>
          </w:tcPr>
          <w:p>
            <w:pPr>
              <w:spacing w:after="20" w:line="240" w:lineRule="auto"/>
              <w:jc w:val="center"/>
            </w:pPr>
            <w:r>
              <w:rPr>
                <w:rFonts w:ascii="Times New Roman" w:hAnsi="Times New Roman" w:eastAsia="Times New Roman"/>
                <w:b/>
                <w:sz w:val="15"/>
              </w:rPr>
              <w:t>Thửa đất</w:t>
            </w:r>
          </w:p>
        </w:tc>
        <w:tc>
          <w:tcPr>
            <w:tcW w:type="dxa" w:w="964"/>
            <w:vAlign w:val="center"/>
            <w:tcMar>
              <w:top w:w="80" w:type="dxa"/>
              <w:start w:w="100" w:type="dxa"/>
              <w:bottom w:w="80" w:type="dxa"/>
              <w:end w:w="100" w:type="dxa"/>
            </w:tcMar>
            <w:shd w:fill="E8EEF5"/>
          </w:tcPr>
          <w:p>
            <w:pPr>
              <w:spacing w:after="20" w:line="240" w:lineRule="auto"/>
              <w:jc w:val="center"/>
            </w:pPr>
            <w:r>
              <w:rPr>
                <w:rFonts w:ascii="Times New Roman" w:hAnsi="Times New Roman" w:eastAsia="Times New Roman"/>
                <w:b/>
                <w:sz w:val="15"/>
              </w:rPr>
              <w:t>Tờ bản đồ</w:t>
            </w:r>
          </w:p>
        </w:tc>
        <w:tc>
          <w:tcPr>
            <w:tcW w:type="dxa" w:w="1417"/>
            <w:vAlign w:val="center"/>
            <w:tcMar>
              <w:top w:w="80" w:type="dxa"/>
              <w:start w:w="100" w:type="dxa"/>
              <w:bottom w:w="80" w:type="dxa"/>
              <w:end w:w="100" w:type="dxa"/>
            </w:tcMar>
            <w:shd w:fill="E8EEF5"/>
          </w:tcPr>
          <w:p>
            <w:pPr>
              <w:spacing w:after="20" w:line="240" w:lineRule="auto"/>
              <w:jc w:val="center"/>
            </w:pPr>
            <w:r>
              <w:rPr>
                <w:rFonts w:ascii="Times New Roman" w:hAnsi="Times New Roman" w:eastAsia="Times New Roman"/>
                <w:b/>
                <w:sz w:val="15"/>
              </w:rPr>
              <w:t>Địa chỉ</w:t>
            </w:r>
          </w:p>
        </w:tc>
        <w:tc>
          <w:tcPr>
            <w:tcW w:type="dxa" w:w="1020"/>
            <w:vAlign w:val="center"/>
            <w:tcMar>
              <w:top w:w="80" w:type="dxa"/>
              <w:start w:w="100" w:type="dxa"/>
              <w:bottom w:w="80" w:type="dxa"/>
              <w:end w:w="100" w:type="dxa"/>
            </w:tcMar>
            <w:shd w:fill="E8EEF5"/>
          </w:tcPr>
          <w:p>
            <w:pPr>
              <w:spacing w:after="20" w:line="240" w:lineRule="auto"/>
              <w:jc w:val="center"/>
            </w:pPr>
            <w:r>
              <w:rPr>
                <w:rFonts w:ascii="Times New Roman" w:hAnsi="Times New Roman" w:eastAsia="Times New Roman"/>
                <w:b/>
                <w:sz w:val="15"/>
              </w:rPr>
              <w:t>Giá đất</w:t>
            </w:r>
          </w:p>
        </w:tc>
        <w:tc>
          <w:tcPr>
            <w:tcW w:type="dxa" w:w="964"/>
            <w:vAlign w:val="center"/>
            <w:tcMar>
              <w:top w:w="80" w:type="dxa"/>
              <w:start w:w="100" w:type="dxa"/>
              <w:bottom w:w="80" w:type="dxa"/>
              <w:end w:w="100" w:type="dxa"/>
            </w:tcMar>
            <w:shd w:fill="E8EEF5"/>
          </w:tcPr>
          <w:p>
            <w:pPr>
              <w:spacing w:after="20" w:line="240" w:lineRule="auto"/>
              <w:jc w:val="center"/>
            </w:pPr>
            <w:r>
              <w:rPr>
                <w:rFonts w:ascii="Times New Roman" w:hAnsi="Times New Roman" w:eastAsia="Times New Roman"/>
                <w:b/>
                <w:sz w:val="15"/>
              </w:rPr>
              <w:t>Diện tích</w:t>
            </w:r>
          </w:p>
        </w:tc>
        <w:tc>
          <w:tcPr>
            <w:tcW w:type="dxa" w:w="1134"/>
            <w:vAlign w:val="center"/>
            <w:tcMar>
              <w:top w:w="80" w:type="dxa"/>
              <w:start w:w="100" w:type="dxa"/>
              <w:bottom w:w="80" w:type="dxa"/>
              <w:end w:w="100" w:type="dxa"/>
            </w:tcMar>
            <w:shd w:fill="E8EEF5"/>
          </w:tcPr>
          <w:p>
            <w:pPr>
              <w:spacing w:after="20" w:line="240" w:lineRule="auto"/>
              <w:jc w:val="center"/>
            </w:pPr>
            <w:r>
              <w:rPr>
                <w:rFonts w:ascii="Times New Roman" w:hAnsi="Times New Roman" w:eastAsia="Times New Roman"/>
                <w:b/>
                <w:sz w:val="15"/>
              </w:rPr>
              <w:t>Nguồn gốc</w:t>
            </w:r>
          </w:p>
        </w:tc>
        <w:tc>
          <w:tcPr>
            <w:tcW w:type="dxa" w:w="1247"/>
            <w:vAlign w:val="center"/>
            <w:tcMar>
              <w:top w:w="80" w:type="dxa"/>
              <w:start w:w="100" w:type="dxa"/>
              <w:bottom w:w="80" w:type="dxa"/>
              <w:end w:w="100" w:type="dxa"/>
            </w:tcMar>
            <w:shd w:fill="E8EEF5"/>
          </w:tcPr>
          <w:p>
            <w:pPr>
              <w:spacing w:after="20" w:line="240" w:lineRule="auto"/>
              <w:jc w:val="center"/>
            </w:pPr>
            <w:r>
              <w:rPr>
                <w:rFonts w:ascii="Times New Roman" w:hAnsi="Times New Roman" w:eastAsia="Times New Roman"/>
                <w:b/>
                <w:sz w:val="15"/>
              </w:rPr>
              <w:t>Mục đích sử dụng đất</w:t>
            </w:r>
          </w:p>
        </w:tc>
        <w:tc>
          <w:tcPr>
            <w:tcW w:type="dxa" w:w="1077"/>
            <w:vAlign w:val="center"/>
            <w:tcMar>
              <w:top w:w="80" w:type="dxa"/>
              <w:start w:w="100" w:type="dxa"/>
              <w:bottom w:w="80" w:type="dxa"/>
              <w:end w:w="100" w:type="dxa"/>
            </w:tcMar>
            <w:shd w:fill="E8EEF5"/>
          </w:tcPr>
          <w:p>
            <w:pPr>
              <w:spacing w:after="20" w:line="240" w:lineRule="auto"/>
              <w:jc w:val="center"/>
            </w:pPr>
            <w:r>
              <w:rPr>
                <w:rFonts w:ascii="Times New Roman" w:hAnsi="Times New Roman" w:eastAsia="Times New Roman"/>
                <w:b/>
                <w:sz w:val="15"/>
              </w:rPr>
              <w:t>Thời hạn sử dụng đất</w:t>
            </w:r>
          </w:p>
        </w:tc>
        <w:tc>
          <w:tcPr>
            <w:tcW w:type="dxa" w:w="1134"/>
            <w:vAlign w:val="center"/>
            <w:tcMar>
              <w:top w:w="80" w:type="dxa"/>
              <w:start w:w="100" w:type="dxa"/>
              <w:bottom w:w="80" w:type="dxa"/>
              <w:end w:w="100" w:type="dxa"/>
            </w:tcMar>
            <w:shd w:fill="E8EEF5"/>
          </w:tcPr>
          <w:p>
            <w:pPr>
              <w:spacing w:after="20" w:line="240" w:lineRule="auto"/>
              <w:jc w:val="center"/>
            </w:pPr>
            <w:r>
              <w:rPr>
                <w:rFonts w:ascii="Times New Roman" w:hAnsi="Times New Roman" w:eastAsia="Times New Roman"/>
                <w:b/>
                <w:sz w:val="15"/>
              </w:rPr>
              <w:t>Thời điểm bắt đầu sử dụng đất</w:t>
            </w:r>
          </w:p>
        </w:tc>
        <w:tc>
          <w:tcPr>
            <w:tcW w:type="dxa" w:w="1134"/>
            <w:vAlign w:val="center"/>
            <w:tcMar>
              <w:top w:w="80" w:type="dxa"/>
              <w:start w:w="100" w:type="dxa"/>
              <w:bottom w:w="80" w:type="dxa"/>
              <w:end w:w="100" w:type="dxa"/>
            </w:tcMar>
            <w:shd w:fill="E8EEF5"/>
          </w:tcPr>
          <w:p>
            <w:pPr>
              <w:spacing w:after="20" w:line="240" w:lineRule="auto"/>
              <w:jc w:val="center"/>
            </w:pPr>
            <w:r>
              <w:rPr>
                <w:rFonts w:ascii="Times New Roman" w:hAnsi="Times New Roman" w:eastAsia="Times New Roman"/>
                <w:b/>
                <w:sz w:val="15"/>
              </w:rPr>
              <w:t>Hình thức sử dụng đất</w:t>
            </w:r>
          </w:p>
        </w:tc>
        <w:tc>
          <w:tcPr>
            <w:tcW w:type="dxa" w:w="1417"/>
            <w:vAlign w:val="center"/>
            <w:tcMar>
              <w:top w:w="80" w:type="dxa"/>
              <w:start w:w="100" w:type="dxa"/>
              <w:bottom w:w="80" w:type="dxa"/>
              <w:end w:w="100" w:type="dxa"/>
            </w:tcMar>
            <w:shd w:fill="E8EEF5"/>
          </w:tcPr>
          <w:p>
            <w:pPr>
              <w:spacing w:after="20" w:line="240" w:lineRule="auto"/>
              <w:jc w:val="center"/>
            </w:pPr>
            <w:r>
              <w:rPr>
                <w:rFonts w:ascii="Times New Roman" w:hAnsi="Times New Roman" w:eastAsia="Times New Roman"/>
                <w:b/>
                <w:sz w:val="15"/>
              </w:rPr>
              <w:t>Giấy tờ về quyền sử dụng đất</w:t>
            </w:r>
          </w:p>
        </w:tc>
      </w:tr>
      <w:tr>
        <w:tc>
          <w:tcPr>
            <w:tcW w:type="dxa" w:w="454"/>
            <w:vAlign w:val="center"/>
            <w:tcMar>
              <w:top w:w="80" w:type="dxa"/>
              <w:start w:w="100" w:type="dxa"/>
              <w:bottom w:w="80" w:type="dxa"/>
              <w:end w:w="100" w:type="dxa"/>
            </w:tcMar>
          </w:tcPr>
          <w:p>
            <w:pPr>
              <w:spacing w:after="20" w:line="240" w:lineRule="auto"/>
              <w:jc w:val="center"/>
            </w:pPr>
            <w:r>
              <w:rPr>
                <w:rFonts w:ascii="Times New Roman" w:hAnsi="Times New Roman" w:eastAsia="Times New Roman"/>
                <w:b w:val="0"/>
                <w:sz w:val="15"/>
              </w:rPr>
              <w:t>1</w:t>
            </w:r>
          </w:p>
        </w:tc>
        <w:tc>
          <w:tcPr>
            <w:tcW w:type="dxa" w:w="964"/>
            <w:vAlign w:val="center"/>
            <w:tcMar>
              <w:top w:w="80" w:type="dxa"/>
              <w:start w:w="100" w:type="dxa"/>
              <w:bottom w:w="80" w:type="dxa"/>
              <w:end w:w="100" w:type="dxa"/>
            </w:tcMar>
          </w:tcPr>
          <w:p>
            <w:pPr>
              <w:spacing w:after="20" w:line="240" w:lineRule="auto"/>
              <w:jc w:val="left"/>
            </w:pPr>
          </w:p>
        </w:tc>
        <w:tc>
          <w:tcPr>
            <w:tcW w:type="dxa" w:w="964"/>
            <w:vAlign w:val="center"/>
            <w:tcMar>
              <w:top w:w="80" w:type="dxa"/>
              <w:start w:w="100" w:type="dxa"/>
              <w:bottom w:w="80" w:type="dxa"/>
              <w:end w:w="100" w:type="dxa"/>
            </w:tcMar>
          </w:tcPr>
          <w:p>
            <w:pPr>
              <w:spacing w:after="20" w:line="240" w:lineRule="auto"/>
              <w:jc w:val="left"/>
            </w:pPr>
          </w:p>
        </w:tc>
        <w:tc>
          <w:tcPr>
            <w:tcW w:type="dxa" w:w="1417"/>
            <w:vAlign w:val="center"/>
            <w:tcMar>
              <w:top w:w="80" w:type="dxa"/>
              <w:start w:w="100" w:type="dxa"/>
              <w:bottom w:w="80" w:type="dxa"/>
              <w:end w:w="100" w:type="dxa"/>
            </w:tcMar>
          </w:tcPr>
          <w:p>
            <w:pPr>
              <w:spacing w:after="20" w:line="240" w:lineRule="auto"/>
              <w:jc w:val="left"/>
            </w:pPr>
          </w:p>
        </w:tc>
        <w:tc>
          <w:tcPr>
            <w:tcW w:type="dxa" w:w="1020"/>
            <w:vAlign w:val="center"/>
            <w:tcMar>
              <w:top w:w="80" w:type="dxa"/>
              <w:start w:w="100" w:type="dxa"/>
              <w:bottom w:w="80" w:type="dxa"/>
              <w:end w:w="100" w:type="dxa"/>
            </w:tcMar>
          </w:tcPr>
          <w:p>
            <w:pPr>
              <w:spacing w:after="20" w:line="240" w:lineRule="auto"/>
              <w:jc w:val="left"/>
            </w:pPr>
          </w:p>
        </w:tc>
        <w:tc>
          <w:tcPr>
            <w:tcW w:type="dxa" w:w="964"/>
            <w:vAlign w:val="center"/>
            <w:tcMar>
              <w:top w:w="80" w:type="dxa"/>
              <w:start w:w="100" w:type="dxa"/>
              <w:bottom w:w="80" w:type="dxa"/>
              <w:end w:w="100" w:type="dxa"/>
            </w:tcMar>
          </w:tcPr>
          <w:p>
            <w:pPr>
              <w:spacing w:after="20" w:line="240" w:lineRule="auto"/>
              <w:jc w:val="left"/>
            </w:pPr>
          </w:p>
        </w:tc>
        <w:tc>
          <w:tcPr>
            <w:tcW w:type="dxa" w:w="1134"/>
            <w:vAlign w:val="center"/>
            <w:tcMar>
              <w:top w:w="80" w:type="dxa"/>
              <w:start w:w="100" w:type="dxa"/>
              <w:bottom w:w="80" w:type="dxa"/>
              <w:end w:w="100" w:type="dxa"/>
            </w:tcMar>
          </w:tcPr>
          <w:p>
            <w:pPr>
              <w:spacing w:after="20" w:line="240" w:lineRule="auto"/>
              <w:jc w:val="left"/>
            </w:pPr>
          </w:p>
        </w:tc>
        <w:tc>
          <w:tcPr>
            <w:tcW w:type="dxa" w:w="1247"/>
            <w:vAlign w:val="center"/>
            <w:tcMar>
              <w:top w:w="80" w:type="dxa"/>
              <w:start w:w="100" w:type="dxa"/>
              <w:bottom w:w="80" w:type="dxa"/>
              <w:end w:w="100" w:type="dxa"/>
            </w:tcMar>
          </w:tcPr>
          <w:p>
            <w:pPr>
              <w:spacing w:after="20" w:line="240" w:lineRule="auto"/>
              <w:jc w:val="left"/>
            </w:pPr>
          </w:p>
        </w:tc>
        <w:tc>
          <w:tcPr>
            <w:tcW w:type="dxa" w:w="1077"/>
            <w:vAlign w:val="center"/>
            <w:tcMar>
              <w:top w:w="80" w:type="dxa"/>
              <w:start w:w="100" w:type="dxa"/>
              <w:bottom w:w="80" w:type="dxa"/>
              <w:end w:w="100" w:type="dxa"/>
            </w:tcMar>
          </w:tcPr>
          <w:p>
            <w:pPr>
              <w:spacing w:after="20" w:line="240" w:lineRule="auto"/>
              <w:jc w:val="left"/>
            </w:pPr>
          </w:p>
        </w:tc>
        <w:tc>
          <w:tcPr>
            <w:tcW w:type="dxa" w:w="1134"/>
            <w:vAlign w:val="center"/>
            <w:tcMar>
              <w:top w:w="80" w:type="dxa"/>
              <w:start w:w="100" w:type="dxa"/>
              <w:bottom w:w="80" w:type="dxa"/>
              <w:end w:w="100" w:type="dxa"/>
            </w:tcMar>
          </w:tcPr>
          <w:p>
            <w:pPr>
              <w:spacing w:after="20" w:line="240" w:lineRule="auto"/>
              <w:jc w:val="left"/>
            </w:pPr>
          </w:p>
        </w:tc>
        <w:tc>
          <w:tcPr>
            <w:tcW w:type="dxa" w:w="1134"/>
            <w:vAlign w:val="center"/>
            <w:tcMar>
              <w:top w:w="80" w:type="dxa"/>
              <w:start w:w="100" w:type="dxa"/>
              <w:bottom w:w="80" w:type="dxa"/>
              <w:end w:w="100" w:type="dxa"/>
            </w:tcMar>
          </w:tcPr>
          <w:p>
            <w:pPr>
              <w:spacing w:after="20" w:line="240" w:lineRule="auto"/>
              <w:jc w:val="left"/>
            </w:pPr>
          </w:p>
        </w:tc>
        <w:tc>
          <w:tcPr>
            <w:tcW w:type="dxa" w:w="1417"/>
            <w:vAlign w:val="center"/>
            <w:tcMar>
              <w:top w:w="80" w:type="dxa"/>
              <w:start w:w="100" w:type="dxa"/>
              <w:bottom w:w="80" w:type="dxa"/>
              <w:end w:w="100" w:type="dxa"/>
            </w:tcMar>
          </w:tcPr>
          <w:p>
            <w:pPr>
              <w:spacing w:after="20" w:line="240" w:lineRule="auto"/>
              <w:jc w:val="left"/>
            </w:pPr>
          </w:p>
        </w:tc>
      </w:tr>
      <w:tr>
        <w:tc>
          <w:tcPr>
            <w:tcW w:type="dxa" w:w="454"/>
            <w:vAlign w:val="center"/>
            <w:tcMar>
              <w:top w:w="80" w:type="dxa"/>
              <w:start w:w="100" w:type="dxa"/>
              <w:bottom w:w="80" w:type="dxa"/>
              <w:end w:w="100" w:type="dxa"/>
            </w:tcMar>
          </w:tcPr>
          <w:p>
            <w:pPr>
              <w:spacing w:after="20" w:line="240" w:lineRule="auto"/>
              <w:jc w:val="center"/>
            </w:pPr>
            <w:r>
              <w:rPr>
                <w:rFonts w:ascii="Times New Roman" w:hAnsi="Times New Roman" w:eastAsia="Times New Roman"/>
                <w:b w:val="0"/>
                <w:sz w:val="15"/>
              </w:rPr>
              <w:t>2</w:t>
            </w:r>
          </w:p>
        </w:tc>
        <w:tc>
          <w:tcPr>
            <w:tcW w:type="dxa" w:w="964"/>
            <w:vAlign w:val="center"/>
            <w:tcMar>
              <w:top w:w="80" w:type="dxa"/>
              <w:start w:w="100" w:type="dxa"/>
              <w:bottom w:w="80" w:type="dxa"/>
              <w:end w:w="100" w:type="dxa"/>
            </w:tcMar>
          </w:tcPr>
          <w:p>
            <w:pPr>
              <w:spacing w:after="20" w:line="240" w:lineRule="auto"/>
              <w:jc w:val="left"/>
            </w:pPr>
          </w:p>
        </w:tc>
        <w:tc>
          <w:tcPr>
            <w:tcW w:type="dxa" w:w="964"/>
            <w:vAlign w:val="center"/>
            <w:tcMar>
              <w:top w:w="80" w:type="dxa"/>
              <w:start w:w="100" w:type="dxa"/>
              <w:bottom w:w="80" w:type="dxa"/>
              <w:end w:w="100" w:type="dxa"/>
            </w:tcMar>
          </w:tcPr>
          <w:p>
            <w:pPr>
              <w:spacing w:after="20" w:line="240" w:lineRule="auto"/>
              <w:jc w:val="left"/>
            </w:pPr>
          </w:p>
        </w:tc>
        <w:tc>
          <w:tcPr>
            <w:tcW w:type="dxa" w:w="1417"/>
            <w:vAlign w:val="center"/>
            <w:tcMar>
              <w:top w:w="80" w:type="dxa"/>
              <w:start w:w="100" w:type="dxa"/>
              <w:bottom w:w="80" w:type="dxa"/>
              <w:end w:w="100" w:type="dxa"/>
            </w:tcMar>
          </w:tcPr>
          <w:p>
            <w:pPr>
              <w:spacing w:after="20" w:line="240" w:lineRule="auto"/>
              <w:jc w:val="left"/>
            </w:pPr>
          </w:p>
        </w:tc>
        <w:tc>
          <w:tcPr>
            <w:tcW w:type="dxa" w:w="1020"/>
            <w:vAlign w:val="center"/>
            <w:tcMar>
              <w:top w:w="80" w:type="dxa"/>
              <w:start w:w="100" w:type="dxa"/>
              <w:bottom w:w="80" w:type="dxa"/>
              <w:end w:w="100" w:type="dxa"/>
            </w:tcMar>
          </w:tcPr>
          <w:p>
            <w:pPr>
              <w:spacing w:after="20" w:line="240" w:lineRule="auto"/>
              <w:jc w:val="left"/>
            </w:pPr>
          </w:p>
        </w:tc>
        <w:tc>
          <w:tcPr>
            <w:tcW w:type="dxa" w:w="964"/>
            <w:vAlign w:val="center"/>
            <w:tcMar>
              <w:top w:w="80" w:type="dxa"/>
              <w:start w:w="100" w:type="dxa"/>
              <w:bottom w:w="80" w:type="dxa"/>
              <w:end w:w="100" w:type="dxa"/>
            </w:tcMar>
          </w:tcPr>
          <w:p>
            <w:pPr>
              <w:spacing w:after="20" w:line="240" w:lineRule="auto"/>
              <w:jc w:val="left"/>
            </w:pPr>
          </w:p>
        </w:tc>
        <w:tc>
          <w:tcPr>
            <w:tcW w:type="dxa" w:w="1134"/>
            <w:vAlign w:val="center"/>
            <w:tcMar>
              <w:top w:w="80" w:type="dxa"/>
              <w:start w:w="100" w:type="dxa"/>
              <w:bottom w:w="80" w:type="dxa"/>
              <w:end w:w="100" w:type="dxa"/>
            </w:tcMar>
          </w:tcPr>
          <w:p>
            <w:pPr>
              <w:spacing w:after="20" w:line="240" w:lineRule="auto"/>
              <w:jc w:val="left"/>
            </w:pPr>
          </w:p>
        </w:tc>
        <w:tc>
          <w:tcPr>
            <w:tcW w:type="dxa" w:w="1247"/>
            <w:vAlign w:val="center"/>
            <w:tcMar>
              <w:top w:w="80" w:type="dxa"/>
              <w:start w:w="100" w:type="dxa"/>
              <w:bottom w:w="80" w:type="dxa"/>
              <w:end w:w="100" w:type="dxa"/>
            </w:tcMar>
          </w:tcPr>
          <w:p>
            <w:pPr>
              <w:spacing w:after="20" w:line="240" w:lineRule="auto"/>
              <w:jc w:val="left"/>
            </w:pPr>
          </w:p>
        </w:tc>
        <w:tc>
          <w:tcPr>
            <w:tcW w:type="dxa" w:w="1077"/>
            <w:vAlign w:val="center"/>
            <w:tcMar>
              <w:top w:w="80" w:type="dxa"/>
              <w:start w:w="100" w:type="dxa"/>
              <w:bottom w:w="80" w:type="dxa"/>
              <w:end w:w="100" w:type="dxa"/>
            </w:tcMar>
          </w:tcPr>
          <w:p>
            <w:pPr>
              <w:spacing w:after="20" w:line="240" w:lineRule="auto"/>
              <w:jc w:val="left"/>
            </w:pPr>
          </w:p>
        </w:tc>
        <w:tc>
          <w:tcPr>
            <w:tcW w:type="dxa" w:w="1134"/>
            <w:vAlign w:val="center"/>
            <w:tcMar>
              <w:top w:w="80" w:type="dxa"/>
              <w:start w:w="100" w:type="dxa"/>
              <w:bottom w:w="80" w:type="dxa"/>
              <w:end w:w="100" w:type="dxa"/>
            </w:tcMar>
          </w:tcPr>
          <w:p>
            <w:pPr>
              <w:spacing w:after="20" w:line="240" w:lineRule="auto"/>
              <w:jc w:val="left"/>
            </w:pPr>
          </w:p>
        </w:tc>
        <w:tc>
          <w:tcPr>
            <w:tcW w:type="dxa" w:w="1134"/>
            <w:vAlign w:val="center"/>
            <w:tcMar>
              <w:top w:w="80" w:type="dxa"/>
              <w:start w:w="100" w:type="dxa"/>
              <w:bottom w:w="80" w:type="dxa"/>
              <w:end w:w="100" w:type="dxa"/>
            </w:tcMar>
          </w:tcPr>
          <w:p>
            <w:pPr>
              <w:spacing w:after="20" w:line="240" w:lineRule="auto"/>
              <w:jc w:val="left"/>
            </w:pPr>
          </w:p>
        </w:tc>
        <w:tc>
          <w:tcPr>
            <w:tcW w:type="dxa" w:w="1417"/>
            <w:vAlign w:val="center"/>
            <w:tcMar>
              <w:top w:w="80" w:type="dxa"/>
              <w:start w:w="100" w:type="dxa"/>
              <w:bottom w:w="80" w:type="dxa"/>
              <w:end w:w="100" w:type="dxa"/>
            </w:tcMar>
          </w:tcPr>
          <w:p>
            <w:pPr>
              <w:spacing w:after="20" w:line="240" w:lineRule="auto"/>
              <w:jc w:val="left"/>
            </w:pPr>
          </w:p>
        </w:tc>
      </w:tr>
      <w:tr>
        <w:tc>
          <w:tcPr>
            <w:tcW w:type="dxa" w:w="454"/>
            <w:vAlign w:val="center"/>
            <w:tcMar>
              <w:top w:w="80" w:type="dxa"/>
              <w:start w:w="100" w:type="dxa"/>
              <w:bottom w:w="80" w:type="dxa"/>
              <w:end w:w="100" w:type="dxa"/>
            </w:tcMar>
          </w:tcPr>
          <w:p>
            <w:pPr>
              <w:spacing w:after="20" w:line="240" w:lineRule="auto"/>
              <w:jc w:val="center"/>
            </w:pPr>
            <w:r>
              <w:rPr>
                <w:rFonts w:ascii="Times New Roman" w:hAnsi="Times New Roman" w:eastAsia="Times New Roman"/>
                <w:b w:val="0"/>
                <w:sz w:val="15"/>
              </w:rPr>
              <w:t>3</w:t>
            </w:r>
          </w:p>
        </w:tc>
        <w:tc>
          <w:tcPr>
            <w:tcW w:type="dxa" w:w="964"/>
            <w:vAlign w:val="center"/>
            <w:tcMar>
              <w:top w:w="80" w:type="dxa"/>
              <w:start w:w="100" w:type="dxa"/>
              <w:bottom w:w="80" w:type="dxa"/>
              <w:end w:w="100" w:type="dxa"/>
            </w:tcMar>
          </w:tcPr>
          <w:p>
            <w:pPr>
              <w:spacing w:after="20" w:line="240" w:lineRule="auto"/>
              <w:jc w:val="left"/>
            </w:pPr>
          </w:p>
        </w:tc>
        <w:tc>
          <w:tcPr>
            <w:tcW w:type="dxa" w:w="964"/>
            <w:vAlign w:val="center"/>
            <w:tcMar>
              <w:top w:w="80" w:type="dxa"/>
              <w:start w:w="100" w:type="dxa"/>
              <w:bottom w:w="80" w:type="dxa"/>
              <w:end w:w="100" w:type="dxa"/>
            </w:tcMar>
          </w:tcPr>
          <w:p>
            <w:pPr>
              <w:spacing w:after="20" w:line="240" w:lineRule="auto"/>
              <w:jc w:val="left"/>
            </w:pPr>
          </w:p>
        </w:tc>
        <w:tc>
          <w:tcPr>
            <w:tcW w:type="dxa" w:w="1417"/>
            <w:vAlign w:val="center"/>
            <w:tcMar>
              <w:top w:w="80" w:type="dxa"/>
              <w:start w:w="100" w:type="dxa"/>
              <w:bottom w:w="80" w:type="dxa"/>
              <w:end w:w="100" w:type="dxa"/>
            </w:tcMar>
          </w:tcPr>
          <w:p>
            <w:pPr>
              <w:spacing w:after="20" w:line="240" w:lineRule="auto"/>
              <w:jc w:val="left"/>
            </w:pPr>
          </w:p>
        </w:tc>
        <w:tc>
          <w:tcPr>
            <w:tcW w:type="dxa" w:w="1020"/>
            <w:vAlign w:val="center"/>
            <w:tcMar>
              <w:top w:w="80" w:type="dxa"/>
              <w:start w:w="100" w:type="dxa"/>
              <w:bottom w:w="80" w:type="dxa"/>
              <w:end w:w="100" w:type="dxa"/>
            </w:tcMar>
          </w:tcPr>
          <w:p>
            <w:pPr>
              <w:spacing w:after="20" w:line="240" w:lineRule="auto"/>
              <w:jc w:val="left"/>
            </w:pPr>
          </w:p>
        </w:tc>
        <w:tc>
          <w:tcPr>
            <w:tcW w:type="dxa" w:w="964"/>
            <w:vAlign w:val="center"/>
            <w:tcMar>
              <w:top w:w="80" w:type="dxa"/>
              <w:start w:w="100" w:type="dxa"/>
              <w:bottom w:w="80" w:type="dxa"/>
              <w:end w:w="100" w:type="dxa"/>
            </w:tcMar>
          </w:tcPr>
          <w:p>
            <w:pPr>
              <w:spacing w:after="20" w:line="240" w:lineRule="auto"/>
              <w:jc w:val="left"/>
            </w:pPr>
          </w:p>
        </w:tc>
        <w:tc>
          <w:tcPr>
            <w:tcW w:type="dxa" w:w="1134"/>
            <w:vAlign w:val="center"/>
            <w:tcMar>
              <w:top w:w="80" w:type="dxa"/>
              <w:start w:w="100" w:type="dxa"/>
              <w:bottom w:w="80" w:type="dxa"/>
              <w:end w:w="100" w:type="dxa"/>
            </w:tcMar>
          </w:tcPr>
          <w:p>
            <w:pPr>
              <w:spacing w:after="20" w:line="240" w:lineRule="auto"/>
              <w:jc w:val="left"/>
            </w:pPr>
          </w:p>
        </w:tc>
        <w:tc>
          <w:tcPr>
            <w:tcW w:type="dxa" w:w="1247"/>
            <w:vAlign w:val="center"/>
            <w:tcMar>
              <w:top w:w="80" w:type="dxa"/>
              <w:start w:w="100" w:type="dxa"/>
              <w:bottom w:w="80" w:type="dxa"/>
              <w:end w:w="100" w:type="dxa"/>
            </w:tcMar>
          </w:tcPr>
          <w:p>
            <w:pPr>
              <w:spacing w:after="20" w:line="240" w:lineRule="auto"/>
              <w:jc w:val="left"/>
            </w:pPr>
          </w:p>
        </w:tc>
        <w:tc>
          <w:tcPr>
            <w:tcW w:type="dxa" w:w="1077"/>
            <w:vAlign w:val="center"/>
            <w:tcMar>
              <w:top w:w="80" w:type="dxa"/>
              <w:start w:w="100" w:type="dxa"/>
              <w:bottom w:w="80" w:type="dxa"/>
              <w:end w:w="100" w:type="dxa"/>
            </w:tcMar>
          </w:tcPr>
          <w:p>
            <w:pPr>
              <w:spacing w:after="20" w:line="240" w:lineRule="auto"/>
              <w:jc w:val="left"/>
            </w:pPr>
          </w:p>
        </w:tc>
        <w:tc>
          <w:tcPr>
            <w:tcW w:type="dxa" w:w="1134"/>
            <w:vAlign w:val="center"/>
            <w:tcMar>
              <w:top w:w="80" w:type="dxa"/>
              <w:start w:w="100" w:type="dxa"/>
              <w:bottom w:w="80" w:type="dxa"/>
              <w:end w:w="100" w:type="dxa"/>
            </w:tcMar>
          </w:tcPr>
          <w:p>
            <w:pPr>
              <w:spacing w:after="20" w:line="240" w:lineRule="auto"/>
              <w:jc w:val="left"/>
            </w:pPr>
          </w:p>
        </w:tc>
        <w:tc>
          <w:tcPr>
            <w:tcW w:type="dxa" w:w="1134"/>
            <w:vAlign w:val="center"/>
            <w:tcMar>
              <w:top w:w="80" w:type="dxa"/>
              <w:start w:w="100" w:type="dxa"/>
              <w:bottom w:w="80" w:type="dxa"/>
              <w:end w:w="100" w:type="dxa"/>
            </w:tcMar>
          </w:tcPr>
          <w:p>
            <w:pPr>
              <w:spacing w:after="20" w:line="240" w:lineRule="auto"/>
              <w:jc w:val="left"/>
            </w:pPr>
          </w:p>
        </w:tc>
        <w:tc>
          <w:tcPr>
            <w:tcW w:type="dxa" w:w="1417"/>
            <w:vAlign w:val="center"/>
            <w:tcMar>
              <w:top w:w="80" w:type="dxa"/>
              <w:start w:w="100" w:type="dxa"/>
              <w:bottom w:w="80" w:type="dxa"/>
              <w:end w:w="100" w:type="dxa"/>
            </w:tcMar>
          </w:tcPr>
          <w:p>
            <w:pPr>
              <w:spacing w:after="20" w:line="240" w:lineRule="auto"/>
              <w:jc w:val="left"/>
            </w:pPr>
          </w:p>
        </w:tc>
      </w:tr>
    </w:tbl>
    <w:p>
      <w:pPr>
        <w:spacing w:before="160" w:after="100" w:line="259" w:lineRule="auto"/>
        <w:jc w:val="center"/>
      </w:pPr>
      <w:r>
        <w:rPr>
          <w:rFonts w:ascii="Times New Roman" w:hAnsi="Times New Roman" w:eastAsia="Times New Roman"/>
          <w:b/>
          <w:i w:val="0"/>
          <w:sz w:val="22"/>
        </w:rPr>
        <w:t>Bảng 3: Bảng kê thông tin tài sản gắn liền với đất</w:t>
      </w:r>
    </w:p>
    <w:tbl>
      <w:tblPr>
        <w:tblStyle w:val="TableGrid"/>
        <w:tblW w:type="auto" w:w="0"/>
        <w:jc w:val="center"/>
        <w:tblLayout w:type="fixed"/>
        <w:tblLook w:firstColumn="1" w:firstRow="1" w:lastColumn="0" w:lastRow="0" w:noHBand="0" w:noVBand="1" w:val="04A0"/>
      </w:tblPr>
      <w:tblGrid>
        <w:gridCol w:w="1707"/>
        <w:gridCol w:w="1707"/>
        <w:gridCol w:w="1707"/>
        <w:gridCol w:w="1707"/>
        <w:gridCol w:w="1707"/>
        <w:gridCol w:w="1707"/>
        <w:gridCol w:w="1707"/>
        <w:gridCol w:w="1707"/>
        <w:gridCol w:w="1707"/>
      </w:tblGrid>
      <w:tr>
        <w:tc>
          <w:tcPr>
            <w:tcW w:type="dxa" w:w="510"/>
            <w:vAlign w:val="center"/>
            <w:tcMar>
              <w:top w:w="80" w:type="dxa"/>
              <w:start w:w="100" w:type="dxa"/>
              <w:bottom w:w="80" w:type="dxa"/>
              <w:end w:w="100" w:type="dxa"/>
            </w:tcMar>
            <w:shd w:fill="E8EEF5"/>
          </w:tcPr>
          <w:p>
            <w:pPr>
              <w:spacing w:after="20" w:line="240" w:lineRule="auto"/>
              <w:jc w:val="center"/>
            </w:pPr>
            <w:r>
              <w:rPr>
                <w:rFonts w:ascii="Times New Roman" w:hAnsi="Times New Roman" w:eastAsia="Times New Roman"/>
                <w:b/>
                <w:sz w:val="16"/>
              </w:rPr>
              <w:t>STT</w:t>
            </w:r>
          </w:p>
        </w:tc>
        <w:tc>
          <w:tcPr>
            <w:tcW w:type="dxa" w:w="1814"/>
            <w:vAlign w:val="center"/>
            <w:tcMar>
              <w:top w:w="80" w:type="dxa"/>
              <w:start w:w="100" w:type="dxa"/>
              <w:bottom w:w="80" w:type="dxa"/>
              <w:end w:w="100" w:type="dxa"/>
            </w:tcMar>
            <w:shd w:fill="E8EEF5"/>
          </w:tcPr>
          <w:p>
            <w:pPr>
              <w:spacing w:after="20" w:line="240" w:lineRule="auto"/>
              <w:jc w:val="center"/>
            </w:pPr>
            <w:r>
              <w:rPr>
                <w:rFonts w:ascii="Times New Roman" w:hAnsi="Times New Roman" w:eastAsia="Times New Roman"/>
                <w:b/>
                <w:sz w:val="16"/>
              </w:rPr>
              <w:t>Loại nhà ở, công trình</w:t>
            </w:r>
          </w:p>
        </w:tc>
        <w:tc>
          <w:tcPr>
            <w:tcW w:type="dxa" w:w="1701"/>
            <w:vAlign w:val="center"/>
            <w:tcMar>
              <w:top w:w="80" w:type="dxa"/>
              <w:start w:w="100" w:type="dxa"/>
              <w:bottom w:w="80" w:type="dxa"/>
              <w:end w:w="100" w:type="dxa"/>
            </w:tcMar>
            <w:shd w:fill="E8EEF5"/>
          </w:tcPr>
          <w:p>
            <w:pPr>
              <w:spacing w:after="20" w:line="240" w:lineRule="auto"/>
              <w:jc w:val="center"/>
            </w:pPr>
            <w:r>
              <w:rPr>
                <w:rFonts w:ascii="Times New Roman" w:hAnsi="Times New Roman" w:eastAsia="Times New Roman"/>
                <w:b/>
                <w:sz w:val="16"/>
              </w:rPr>
              <w:t>Cấp nhà ở, công trình</w:t>
            </w:r>
          </w:p>
        </w:tc>
        <w:tc>
          <w:tcPr>
            <w:tcW w:type="dxa" w:w="1134"/>
            <w:vAlign w:val="center"/>
            <w:tcMar>
              <w:top w:w="80" w:type="dxa"/>
              <w:start w:w="100" w:type="dxa"/>
              <w:bottom w:w="80" w:type="dxa"/>
              <w:end w:w="100" w:type="dxa"/>
            </w:tcMar>
            <w:shd w:fill="E8EEF5"/>
          </w:tcPr>
          <w:p>
            <w:pPr>
              <w:spacing w:after="20" w:line="240" w:lineRule="auto"/>
              <w:jc w:val="center"/>
            </w:pPr>
            <w:r>
              <w:rPr>
                <w:rFonts w:ascii="Times New Roman" w:hAnsi="Times New Roman" w:eastAsia="Times New Roman"/>
                <w:b/>
                <w:sz w:val="16"/>
              </w:rPr>
              <w:t>Số tầng</w:t>
            </w:r>
          </w:p>
        </w:tc>
        <w:tc>
          <w:tcPr>
            <w:tcW w:type="dxa" w:w="1134"/>
            <w:vAlign w:val="center"/>
            <w:tcMar>
              <w:top w:w="80" w:type="dxa"/>
              <w:start w:w="100" w:type="dxa"/>
              <w:bottom w:w="80" w:type="dxa"/>
              <w:end w:w="100" w:type="dxa"/>
            </w:tcMar>
            <w:shd w:fill="E8EEF5"/>
          </w:tcPr>
          <w:p>
            <w:pPr>
              <w:spacing w:after="20" w:line="240" w:lineRule="auto"/>
              <w:jc w:val="center"/>
            </w:pPr>
            <w:r>
              <w:rPr>
                <w:rFonts w:ascii="Times New Roman" w:hAnsi="Times New Roman" w:eastAsia="Times New Roman"/>
                <w:b/>
                <w:sz w:val="16"/>
              </w:rPr>
              <w:t>Tầng nổi</w:t>
            </w:r>
          </w:p>
        </w:tc>
        <w:tc>
          <w:tcPr>
            <w:tcW w:type="dxa" w:w="1134"/>
            <w:vAlign w:val="center"/>
            <w:tcMar>
              <w:top w:w="80" w:type="dxa"/>
              <w:start w:w="100" w:type="dxa"/>
              <w:bottom w:w="80" w:type="dxa"/>
              <w:end w:w="100" w:type="dxa"/>
            </w:tcMar>
            <w:shd w:fill="E8EEF5"/>
          </w:tcPr>
          <w:p>
            <w:pPr>
              <w:spacing w:after="20" w:line="240" w:lineRule="auto"/>
              <w:jc w:val="center"/>
            </w:pPr>
            <w:r>
              <w:rPr>
                <w:rFonts w:ascii="Times New Roman" w:hAnsi="Times New Roman" w:eastAsia="Times New Roman"/>
                <w:b/>
                <w:sz w:val="16"/>
              </w:rPr>
              <w:t>Tầng hầm</w:t>
            </w:r>
          </w:p>
        </w:tc>
        <w:tc>
          <w:tcPr>
            <w:tcW w:type="dxa" w:w="1757"/>
            <w:vAlign w:val="center"/>
            <w:tcMar>
              <w:top w:w="80" w:type="dxa"/>
              <w:start w:w="100" w:type="dxa"/>
              <w:bottom w:w="80" w:type="dxa"/>
              <w:end w:w="100" w:type="dxa"/>
            </w:tcMar>
            <w:shd w:fill="E8EEF5"/>
          </w:tcPr>
          <w:p>
            <w:pPr>
              <w:spacing w:after="20" w:line="240" w:lineRule="auto"/>
              <w:jc w:val="center"/>
            </w:pPr>
            <w:r>
              <w:rPr>
                <w:rFonts w:ascii="Times New Roman" w:hAnsi="Times New Roman" w:eastAsia="Times New Roman"/>
                <w:b/>
                <w:sz w:val="16"/>
              </w:rPr>
              <w:t>Sử dụng/sàn xây dựng</w:t>
            </w:r>
          </w:p>
        </w:tc>
        <w:tc>
          <w:tcPr>
            <w:tcW w:type="dxa" w:w="1587"/>
            <w:vAlign w:val="center"/>
            <w:tcMar>
              <w:top w:w="80" w:type="dxa"/>
              <w:start w:w="100" w:type="dxa"/>
              <w:bottom w:w="80" w:type="dxa"/>
              <w:end w:w="100" w:type="dxa"/>
            </w:tcMar>
            <w:shd w:fill="E8EEF5"/>
          </w:tcPr>
          <w:p>
            <w:pPr>
              <w:spacing w:after="20" w:line="240" w:lineRule="auto"/>
              <w:jc w:val="center"/>
            </w:pPr>
            <w:r>
              <w:rPr>
                <w:rFonts w:ascii="Times New Roman" w:hAnsi="Times New Roman" w:eastAsia="Times New Roman"/>
                <w:b/>
                <w:sz w:val="16"/>
              </w:rPr>
              <w:t>Xây dựng</w:t>
            </w:r>
          </w:p>
        </w:tc>
        <w:tc>
          <w:tcPr>
            <w:tcW w:type="dxa" w:w="1757"/>
            <w:vAlign w:val="center"/>
            <w:tcMar>
              <w:top w:w="80" w:type="dxa"/>
              <w:start w:w="100" w:type="dxa"/>
              <w:bottom w:w="80" w:type="dxa"/>
              <w:end w:w="100" w:type="dxa"/>
            </w:tcMar>
            <w:shd w:fill="E8EEF5"/>
          </w:tcPr>
          <w:p>
            <w:pPr>
              <w:spacing w:after="20" w:line="240" w:lineRule="auto"/>
              <w:jc w:val="center"/>
            </w:pPr>
            <w:r>
              <w:rPr>
                <w:rFonts w:ascii="Times New Roman" w:hAnsi="Times New Roman" w:eastAsia="Times New Roman"/>
                <w:b/>
                <w:sz w:val="16"/>
              </w:rPr>
              <w:t>Thời hạn sở hữu</w:t>
            </w:r>
          </w:p>
        </w:tc>
      </w:tr>
      <w:tr>
        <w:tc>
          <w:tcPr>
            <w:tcW w:type="dxa" w:w="510"/>
            <w:vAlign w:val="center"/>
            <w:tcMar>
              <w:top w:w="80" w:type="dxa"/>
              <w:start w:w="100" w:type="dxa"/>
              <w:bottom w:w="80" w:type="dxa"/>
              <w:end w:w="100" w:type="dxa"/>
            </w:tcMar>
          </w:tcPr>
          <w:p>
            <w:pPr>
              <w:spacing w:after="20" w:line="240" w:lineRule="auto"/>
              <w:jc w:val="center"/>
            </w:pPr>
            <w:r>
              <w:rPr>
                <w:rFonts w:ascii="Times New Roman" w:hAnsi="Times New Roman" w:eastAsia="Times New Roman"/>
                <w:b w:val="0"/>
                <w:sz w:val="16"/>
              </w:rPr>
              <w:t>1</w:t>
            </w:r>
          </w:p>
        </w:tc>
        <w:tc>
          <w:tcPr>
            <w:tcW w:type="dxa" w:w="1814"/>
            <w:vAlign w:val="center"/>
            <w:tcMar>
              <w:top w:w="80" w:type="dxa"/>
              <w:start w:w="100" w:type="dxa"/>
              <w:bottom w:w="80" w:type="dxa"/>
              <w:end w:w="100" w:type="dxa"/>
            </w:tcMar>
          </w:tcPr>
          <w:p>
            <w:pPr>
              <w:spacing w:after="20" w:line="240" w:lineRule="auto"/>
              <w:jc w:val="left"/>
            </w:pPr>
          </w:p>
        </w:tc>
        <w:tc>
          <w:tcPr>
            <w:tcW w:type="dxa" w:w="1701"/>
            <w:vAlign w:val="center"/>
            <w:tcMar>
              <w:top w:w="80" w:type="dxa"/>
              <w:start w:w="100" w:type="dxa"/>
              <w:bottom w:w="80" w:type="dxa"/>
              <w:end w:w="100" w:type="dxa"/>
            </w:tcMar>
          </w:tcPr>
          <w:p>
            <w:pPr>
              <w:spacing w:after="20" w:line="240" w:lineRule="auto"/>
              <w:jc w:val="left"/>
            </w:pPr>
          </w:p>
        </w:tc>
        <w:tc>
          <w:tcPr>
            <w:tcW w:type="dxa" w:w="1134"/>
            <w:vAlign w:val="center"/>
            <w:tcMar>
              <w:top w:w="80" w:type="dxa"/>
              <w:start w:w="100" w:type="dxa"/>
              <w:bottom w:w="80" w:type="dxa"/>
              <w:end w:w="100" w:type="dxa"/>
            </w:tcMar>
          </w:tcPr>
          <w:p>
            <w:pPr>
              <w:spacing w:after="20" w:line="240" w:lineRule="auto"/>
              <w:jc w:val="left"/>
            </w:pPr>
          </w:p>
        </w:tc>
        <w:tc>
          <w:tcPr>
            <w:tcW w:type="dxa" w:w="1134"/>
            <w:vAlign w:val="center"/>
            <w:tcMar>
              <w:top w:w="80" w:type="dxa"/>
              <w:start w:w="100" w:type="dxa"/>
              <w:bottom w:w="80" w:type="dxa"/>
              <w:end w:w="100" w:type="dxa"/>
            </w:tcMar>
          </w:tcPr>
          <w:p>
            <w:pPr>
              <w:spacing w:after="20" w:line="240" w:lineRule="auto"/>
              <w:jc w:val="left"/>
            </w:pPr>
          </w:p>
        </w:tc>
        <w:tc>
          <w:tcPr>
            <w:tcW w:type="dxa" w:w="1134"/>
            <w:vAlign w:val="center"/>
            <w:tcMar>
              <w:top w:w="80" w:type="dxa"/>
              <w:start w:w="100" w:type="dxa"/>
              <w:bottom w:w="80" w:type="dxa"/>
              <w:end w:w="100" w:type="dxa"/>
            </w:tcMar>
          </w:tcPr>
          <w:p>
            <w:pPr>
              <w:spacing w:after="20" w:line="240" w:lineRule="auto"/>
              <w:jc w:val="left"/>
            </w:pPr>
          </w:p>
        </w:tc>
        <w:tc>
          <w:tcPr>
            <w:tcW w:type="dxa" w:w="1757"/>
            <w:vAlign w:val="center"/>
            <w:tcMar>
              <w:top w:w="80" w:type="dxa"/>
              <w:start w:w="100" w:type="dxa"/>
              <w:bottom w:w="80" w:type="dxa"/>
              <w:end w:w="100" w:type="dxa"/>
            </w:tcMar>
          </w:tcPr>
          <w:p>
            <w:pPr>
              <w:spacing w:after="20" w:line="240" w:lineRule="auto"/>
              <w:jc w:val="left"/>
            </w:pPr>
          </w:p>
        </w:tc>
        <w:tc>
          <w:tcPr>
            <w:tcW w:type="dxa" w:w="1587"/>
            <w:vAlign w:val="center"/>
            <w:tcMar>
              <w:top w:w="80" w:type="dxa"/>
              <w:start w:w="100" w:type="dxa"/>
              <w:bottom w:w="80" w:type="dxa"/>
              <w:end w:w="100" w:type="dxa"/>
            </w:tcMar>
          </w:tcPr>
          <w:p>
            <w:pPr>
              <w:spacing w:after="20" w:line="240" w:lineRule="auto"/>
              <w:jc w:val="left"/>
            </w:pPr>
          </w:p>
        </w:tc>
        <w:tc>
          <w:tcPr>
            <w:tcW w:type="dxa" w:w="1757"/>
            <w:vAlign w:val="center"/>
            <w:tcMar>
              <w:top w:w="80" w:type="dxa"/>
              <w:start w:w="100" w:type="dxa"/>
              <w:bottom w:w="80" w:type="dxa"/>
              <w:end w:w="100" w:type="dxa"/>
            </w:tcMar>
          </w:tcPr>
          <w:p>
            <w:pPr>
              <w:spacing w:after="20" w:line="240" w:lineRule="auto"/>
              <w:jc w:val="left"/>
            </w:pPr>
          </w:p>
        </w:tc>
      </w:tr>
      <w:tr>
        <w:tc>
          <w:tcPr>
            <w:tcW w:type="dxa" w:w="510"/>
            <w:vAlign w:val="center"/>
            <w:tcMar>
              <w:top w:w="80" w:type="dxa"/>
              <w:start w:w="100" w:type="dxa"/>
              <w:bottom w:w="80" w:type="dxa"/>
              <w:end w:w="100" w:type="dxa"/>
            </w:tcMar>
          </w:tcPr>
          <w:p>
            <w:pPr>
              <w:spacing w:after="20" w:line="240" w:lineRule="auto"/>
              <w:jc w:val="center"/>
            </w:pPr>
            <w:r>
              <w:rPr>
                <w:rFonts w:ascii="Times New Roman" w:hAnsi="Times New Roman" w:eastAsia="Times New Roman"/>
                <w:b w:val="0"/>
                <w:sz w:val="16"/>
              </w:rPr>
              <w:t>2</w:t>
            </w:r>
          </w:p>
        </w:tc>
        <w:tc>
          <w:tcPr>
            <w:tcW w:type="dxa" w:w="1814"/>
            <w:vAlign w:val="center"/>
            <w:tcMar>
              <w:top w:w="80" w:type="dxa"/>
              <w:start w:w="100" w:type="dxa"/>
              <w:bottom w:w="80" w:type="dxa"/>
              <w:end w:w="100" w:type="dxa"/>
            </w:tcMar>
          </w:tcPr>
          <w:p>
            <w:pPr>
              <w:spacing w:after="20" w:line="240" w:lineRule="auto"/>
              <w:jc w:val="left"/>
            </w:pPr>
          </w:p>
        </w:tc>
        <w:tc>
          <w:tcPr>
            <w:tcW w:type="dxa" w:w="1701"/>
            <w:vAlign w:val="center"/>
            <w:tcMar>
              <w:top w:w="80" w:type="dxa"/>
              <w:start w:w="100" w:type="dxa"/>
              <w:bottom w:w="80" w:type="dxa"/>
              <w:end w:w="100" w:type="dxa"/>
            </w:tcMar>
          </w:tcPr>
          <w:p>
            <w:pPr>
              <w:spacing w:after="20" w:line="240" w:lineRule="auto"/>
              <w:jc w:val="left"/>
            </w:pPr>
          </w:p>
        </w:tc>
        <w:tc>
          <w:tcPr>
            <w:tcW w:type="dxa" w:w="1134"/>
            <w:vAlign w:val="center"/>
            <w:tcMar>
              <w:top w:w="80" w:type="dxa"/>
              <w:start w:w="100" w:type="dxa"/>
              <w:bottom w:w="80" w:type="dxa"/>
              <w:end w:w="100" w:type="dxa"/>
            </w:tcMar>
          </w:tcPr>
          <w:p>
            <w:pPr>
              <w:spacing w:after="20" w:line="240" w:lineRule="auto"/>
              <w:jc w:val="left"/>
            </w:pPr>
          </w:p>
        </w:tc>
        <w:tc>
          <w:tcPr>
            <w:tcW w:type="dxa" w:w="1134"/>
            <w:vAlign w:val="center"/>
            <w:tcMar>
              <w:top w:w="80" w:type="dxa"/>
              <w:start w:w="100" w:type="dxa"/>
              <w:bottom w:w="80" w:type="dxa"/>
              <w:end w:w="100" w:type="dxa"/>
            </w:tcMar>
          </w:tcPr>
          <w:p>
            <w:pPr>
              <w:spacing w:after="20" w:line="240" w:lineRule="auto"/>
              <w:jc w:val="left"/>
            </w:pPr>
          </w:p>
        </w:tc>
        <w:tc>
          <w:tcPr>
            <w:tcW w:type="dxa" w:w="1134"/>
            <w:vAlign w:val="center"/>
            <w:tcMar>
              <w:top w:w="80" w:type="dxa"/>
              <w:start w:w="100" w:type="dxa"/>
              <w:bottom w:w="80" w:type="dxa"/>
              <w:end w:w="100" w:type="dxa"/>
            </w:tcMar>
          </w:tcPr>
          <w:p>
            <w:pPr>
              <w:spacing w:after="20" w:line="240" w:lineRule="auto"/>
              <w:jc w:val="left"/>
            </w:pPr>
          </w:p>
        </w:tc>
        <w:tc>
          <w:tcPr>
            <w:tcW w:type="dxa" w:w="1757"/>
            <w:vAlign w:val="center"/>
            <w:tcMar>
              <w:top w:w="80" w:type="dxa"/>
              <w:start w:w="100" w:type="dxa"/>
              <w:bottom w:w="80" w:type="dxa"/>
              <w:end w:w="100" w:type="dxa"/>
            </w:tcMar>
          </w:tcPr>
          <w:p>
            <w:pPr>
              <w:spacing w:after="20" w:line="240" w:lineRule="auto"/>
              <w:jc w:val="left"/>
            </w:pPr>
          </w:p>
        </w:tc>
        <w:tc>
          <w:tcPr>
            <w:tcW w:type="dxa" w:w="1587"/>
            <w:vAlign w:val="center"/>
            <w:tcMar>
              <w:top w:w="80" w:type="dxa"/>
              <w:start w:w="100" w:type="dxa"/>
              <w:bottom w:w="80" w:type="dxa"/>
              <w:end w:w="100" w:type="dxa"/>
            </w:tcMar>
          </w:tcPr>
          <w:p>
            <w:pPr>
              <w:spacing w:after="20" w:line="240" w:lineRule="auto"/>
              <w:jc w:val="left"/>
            </w:pPr>
          </w:p>
        </w:tc>
        <w:tc>
          <w:tcPr>
            <w:tcW w:type="dxa" w:w="1757"/>
            <w:vAlign w:val="center"/>
            <w:tcMar>
              <w:top w:w="80" w:type="dxa"/>
              <w:start w:w="100" w:type="dxa"/>
              <w:bottom w:w="80" w:type="dxa"/>
              <w:end w:w="100" w:type="dxa"/>
            </w:tcMar>
          </w:tcPr>
          <w:p>
            <w:pPr>
              <w:spacing w:after="20" w:line="240" w:lineRule="auto"/>
              <w:jc w:val="left"/>
            </w:pPr>
          </w:p>
        </w:tc>
      </w:tr>
      <w:tr>
        <w:tc>
          <w:tcPr>
            <w:tcW w:type="dxa" w:w="510"/>
            <w:vAlign w:val="center"/>
            <w:tcMar>
              <w:top w:w="80" w:type="dxa"/>
              <w:start w:w="100" w:type="dxa"/>
              <w:bottom w:w="80" w:type="dxa"/>
              <w:end w:w="100" w:type="dxa"/>
            </w:tcMar>
          </w:tcPr>
          <w:p>
            <w:pPr>
              <w:spacing w:after="20" w:line="240" w:lineRule="auto"/>
              <w:jc w:val="center"/>
            </w:pPr>
            <w:r>
              <w:rPr>
                <w:rFonts w:ascii="Times New Roman" w:hAnsi="Times New Roman" w:eastAsia="Times New Roman"/>
                <w:b w:val="0"/>
                <w:sz w:val="16"/>
              </w:rPr>
              <w:t>3</w:t>
            </w:r>
          </w:p>
        </w:tc>
        <w:tc>
          <w:tcPr>
            <w:tcW w:type="dxa" w:w="1814"/>
            <w:vAlign w:val="center"/>
            <w:tcMar>
              <w:top w:w="80" w:type="dxa"/>
              <w:start w:w="100" w:type="dxa"/>
              <w:bottom w:w="80" w:type="dxa"/>
              <w:end w:w="100" w:type="dxa"/>
            </w:tcMar>
          </w:tcPr>
          <w:p>
            <w:pPr>
              <w:spacing w:after="20" w:line="240" w:lineRule="auto"/>
              <w:jc w:val="left"/>
            </w:pPr>
          </w:p>
        </w:tc>
        <w:tc>
          <w:tcPr>
            <w:tcW w:type="dxa" w:w="1701"/>
            <w:vAlign w:val="center"/>
            <w:tcMar>
              <w:top w:w="80" w:type="dxa"/>
              <w:start w:w="100" w:type="dxa"/>
              <w:bottom w:w="80" w:type="dxa"/>
              <w:end w:w="100" w:type="dxa"/>
            </w:tcMar>
          </w:tcPr>
          <w:p>
            <w:pPr>
              <w:spacing w:after="20" w:line="240" w:lineRule="auto"/>
              <w:jc w:val="left"/>
            </w:pPr>
          </w:p>
        </w:tc>
        <w:tc>
          <w:tcPr>
            <w:tcW w:type="dxa" w:w="1134"/>
            <w:vAlign w:val="center"/>
            <w:tcMar>
              <w:top w:w="80" w:type="dxa"/>
              <w:start w:w="100" w:type="dxa"/>
              <w:bottom w:w="80" w:type="dxa"/>
              <w:end w:w="100" w:type="dxa"/>
            </w:tcMar>
          </w:tcPr>
          <w:p>
            <w:pPr>
              <w:spacing w:after="20" w:line="240" w:lineRule="auto"/>
              <w:jc w:val="left"/>
            </w:pPr>
          </w:p>
        </w:tc>
        <w:tc>
          <w:tcPr>
            <w:tcW w:type="dxa" w:w="1134"/>
            <w:vAlign w:val="center"/>
            <w:tcMar>
              <w:top w:w="80" w:type="dxa"/>
              <w:start w:w="100" w:type="dxa"/>
              <w:bottom w:w="80" w:type="dxa"/>
              <w:end w:w="100" w:type="dxa"/>
            </w:tcMar>
          </w:tcPr>
          <w:p>
            <w:pPr>
              <w:spacing w:after="20" w:line="240" w:lineRule="auto"/>
              <w:jc w:val="left"/>
            </w:pPr>
          </w:p>
        </w:tc>
        <w:tc>
          <w:tcPr>
            <w:tcW w:type="dxa" w:w="1134"/>
            <w:vAlign w:val="center"/>
            <w:tcMar>
              <w:top w:w="80" w:type="dxa"/>
              <w:start w:w="100" w:type="dxa"/>
              <w:bottom w:w="80" w:type="dxa"/>
              <w:end w:w="100" w:type="dxa"/>
            </w:tcMar>
          </w:tcPr>
          <w:p>
            <w:pPr>
              <w:spacing w:after="20" w:line="240" w:lineRule="auto"/>
              <w:jc w:val="left"/>
            </w:pPr>
          </w:p>
        </w:tc>
        <w:tc>
          <w:tcPr>
            <w:tcW w:type="dxa" w:w="1757"/>
            <w:vAlign w:val="center"/>
            <w:tcMar>
              <w:top w:w="80" w:type="dxa"/>
              <w:start w:w="100" w:type="dxa"/>
              <w:bottom w:w="80" w:type="dxa"/>
              <w:end w:w="100" w:type="dxa"/>
            </w:tcMar>
          </w:tcPr>
          <w:p>
            <w:pPr>
              <w:spacing w:after="20" w:line="240" w:lineRule="auto"/>
              <w:jc w:val="left"/>
            </w:pPr>
          </w:p>
        </w:tc>
        <w:tc>
          <w:tcPr>
            <w:tcW w:type="dxa" w:w="1587"/>
            <w:vAlign w:val="center"/>
            <w:tcMar>
              <w:top w:w="80" w:type="dxa"/>
              <w:start w:w="100" w:type="dxa"/>
              <w:bottom w:w="80" w:type="dxa"/>
              <w:end w:w="100" w:type="dxa"/>
            </w:tcMar>
          </w:tcPr>
          <w:p>
            <w:pPr>
              <w:spacing w:after="20" w:line="240" w:lineRule="auto"/>
              <w:jc w:val="left"/>
            </w:pPr>
          </w:p>
        </w:tc>
        <w:tc>
          <w:tcPr>
            <w:tcW w:type="dxa" w:w="1757"/>
            <w:vAlign w:val="center"/>
            <w:tcMar>
              <w:top w:w="80" w:type="dxa"/>
              <w:start w:w="100" w:type="dxa"/>
              <w:bottom w:w="80" w:type="dxa"/>
              <w:end w:w="100" w:type="dxa"/>
            </w:tcMar>
          </w:tcPr>
          <w:p>
            <w:pPr>
              <w:spacing w:after="20" w:line="240" w:lineRule="auto"/>
              <w:jc w:val="left"/>
            </w:pPr>
          </w:p>
        </w:tc>
      </w:tr>
    </w:tbl>
    <w:p>
      <w:pPr>
        <w:sectPr>
          <w:pgSz w:w="16838" w:h="11906" w:orient="landscape"/>
          <w:pgMar w:top="709" w:right="737" w:bottom="709" w:left="737" w:header="567" w:footer="567" w:gutter="0"/>
          <w:cols w:space="720"/>
          <w:docGrid w:linePitch="360"/>
        </w:sectPr>
      </w:pPr>
    </w:p>
    <w:p>
      <w:pPr>
        <w:spacing w:before="0" w:after="160" w:line="259" w:lineRule="auto"/>
        <w:jc w:val="center"/>
      </w:pPr>
      <w:r>
        <w:rPr>
          <w:rFonts w:ascii="Times New Roman" w:hAnsi="Times New Roman" w:eastAsia="Times New Roman"/>
          <w:b/>
          <w:i w:val="0"/>
          <w:sz w:val="26"/>
        </w:rPr>
        <w:t>HƯỚNG DẪN GHI MỘT SỐ THÔNG TIN TẠI PHIẾU CHUYỂN THÔNG TIN</w:t>
      </w:r>
    </w:p>
    <w:tbl>
      <w:tblPr>
        <w:tblStyle w:val="TableGrid"/>
        <w:tblW w:type="auto" w:w="0"/>
        <w:jc w:val="center"/>
        <w:tblLayout w:type="fixed"/>
        <w:tblLook w:firstColumn="1" w:firstRow="1" w:lastColumn="0" w:lastRow="0" w:noHBand="0" w:noVBand="1" w:val="04A0"/>
      </w:tblPr>
      <w:tblGrid>
        <w:gridCol w:w="5046"/>
        <w:gridCol w:w="5046"/>
      </w:tblGrid>
      <w:tr>
        <w:tc>
          <w:tcPr>
            <w:tcW w:type="dxa" w:w="1944"/>
            <w:vAlign w:val="center"/>
            <w:tcMar>
              <w:top w:w="80" w:type="dxa"/>
              <w:start w:w="100" w:type="dxa"/>
              <w:bottom w:w="80" w:type="dxa"/>
              <w:end w:w="100" w:type="dxa"/>
            </w:tcMar>
            <w:shd w:fill="F2F4F7"/>
          </w:tcPr>
          <w:p>
            <w:pPr>
              <w:spacing w:after="20" w:line="240" w:lineRule="auto"/>
            </w:pPr>
            <w:r>
              <w:rPr>
                <w:rFonts w:ascii="Times New Roman" w:hAnsi="Times New Roman" w:eastAsia="Times New Roman"/>
                <w:b/>
                <w:sz w:val="20"/>
              </w:rPr>
              <w:t>Mục I</w:t>
            </w:r>
          </w:p>
        </w:tc>
        <w:tc>
          <w:tcPr>
            <w:tcW w:type="dxa" w:w="7272"/>
            <w:vAlign w:val="center"/>
            <w:tcMar>
              <w:top w:w="80" w:type="dxa"/>
              <w:start w:w="100" w:type="dxa"/>
              <w:bottom w:w="80" w:type="dxa"/>
              <w:end w:w="100" w:type="dxa"/>
            </w:tcMar>
          </w:tcPr>
          <w:p>
            <w:pPr>
              <w:spacing w:after="20" w:line="240" w:lineRule="auto"/>
            </w:pPr>
            <w:r>
              <w:rPr>
                <w:rFonts w:ascii="Times New Roman" w:hAnsi="Times New Roman" w:eastAsia="Times New Roman"/>
                <w:b w:val="0"/>
                <w:sz w:val="20"/>
              </w:rPr>
              <w:t>Ghi mã số hồ sơ thủ tục hành chính theo quy định về thực hiện thủ tục hành chính một cửa, một cửa liên thông. Ghi thời gian nhận đủ hồ sơ hợp lệ theo giấy tiếp nhận hồ sơ và hẹn trả kết quả.</w:t>
            </w:r>
          </w:p>
        </w:tc>
      </w:tr>
      <w:tr>
        <w:tc>
          <w:tcPr>
            <w:tcW w:type="dxa" w:w="5046"/>
            <w:shd w:fill="F2F4F7"/>
          </w:tcPr>
          <w:p>
            <w:pPr>
              <w:spacing w:after="20" w:line="240" w:lineRule="auto"/>
            </w:pPr>
            <w:r>
              <w:rPr>
                <w:rFonts w:ascii="Times New Roman" w:hAnsi="Times New Roman" w:eastAsia="Times New Roman"/>
                <w:b/>
                <w:sz w:val="20"/>
              </w:rPr>
              <w:t>Mục II</w:t>
            </w:r>
          </w:p>
        </w:tc>
        <w:tc>
          <w:tcPr>
            <w:tcW w:type="dxa" w:w="5046"/>
          </w:tcPr>
          <w:p>
            <w:pPr>
              <w:spacing w:after="20" w:line="240" w:lineRule="auto"/>
            </w:pPr>
            <w:r>
              <w:rPr>
                <w:rFonts w:ascii="Times New Roman" w:hAnsi="Times New Roman" w:eastAsia="Times New Roman"/>
                <w:b w:val="0"/>
                <w:sz w:val="20"/>
              </w:rPr>
              <w:t>Ghi thông tin người sử dụng đất, chủ sở hữu tài sản gắn liền với đất. Trường hợp có nhiều người cùng quyền sử dụng đất, cùng quyền sở hữu tài sản thì ghi thông tin một người đại diện và danh sách theo Mẫu số 19a.</w:t>
            </w:r>
          </w:p>
        </w:tc>
      </w:tr>
      <w:tr>
        <w:tc>
          <w:tcPr>
            <w:tcW w:type="dxa" w:w="5046"/>
            <w:shd w:fill="F2F4F7"/>
          </w:tcPr>
          <w:p>
            <w:pPr>
              <w:spacing w:after="20" w:line="240" w:lineRule="auto"/>
            </w:pPr>
            <w:r>
              <w:rPr>
                <w:rFonts w:ascii="Times New Roman" w:hAnsi="Times New Roman" w:eastAsia="Times New Roman"/>
                <w:b/>
                <w:sz w:val="20"/>
              </w:rPr>
              <w:t>Điểm 3.1.1</w:t>
            </w:r>
          </w:p>
        </w:tc>
        <w:tc>
          <w:tcPr>
            <w:tcW w:type="dxa" w:w="5046"/>
          </w:tcPr>
          <w:p>
            <w:pPr>
              <w:spacing w:after="20" w:line="240" w:lineRule="auto"/>
            </w:pPr>
            <w:r>
              <w:rPr>
                <w:rFonts w:ascii="Times New Roman" w:hAnsi="Times New Roman" w:eastAsia="Times New Roman"/>
                <w:b w:val="0"/>
                <w:sz w:val="20"/>
              </w:rPr>
              <w:t>Ghi thông tin thửa đất. Trường hợp có nhiều thửa đất thì lập danh sách theo Mẫu số 19a.</w:t>
            </w:r>
          </w:p>
        </w:tc>
      </w:tr>
      <w:tr>
        <w:tc>
          <w:tcPr>
            <w:tcW w:type="dxa" w:w="5046"/>
            <w:shd w:fill="F2F4F7"/>
          </w:tcPr>
          <w:p>
            <w:pPr>
              <w:spacing w:after="20" w:line="240" w:lineRule="auto"/>
            </w:pPr>
            <w:r>
              <w:rPr>
                <w:rFonts w:ascii="Times New Roman" w:hAnsi="Times New Roman" w:eastAsia="Times New Roman"/>
                <w:b/>
                <w:sz w:val="20"/>
              </w:rPr>
              <w:t>Điểm 3.1.2</w:t>
            </w:r>
          </w:p>
        </w:tc>
        <w:tc>
          <w:tcPr>
            <w:tcW w:type="dxa" w:w="5046"/>
          </w:tcPr>
          <w:p>
            <w:pPr>
              <w:spacing w:after="20" w:line="240" w:lineRule="auto"/>
            </w:pPr>
            <w:r>
              <w:rPr>
                <w:rFonts w:ascii="Times New Roman" w:hAnsi="Times New Roman" w:eastAsia="Times New Roman"/>
                <w:b w:val="0"/>
                <w:sz w:val="20"/>
              </w:rPr>
              <w:t>Ghi số nhà, tên đường, phố (nếu có); tên điểm dân cư; tên khu vực, xứ đồng đối với thửa đất ngoài khu dân cư; tên đơn vị hành chính cấp xã, tỉnh nơi có thửa đất.</w:t>
            </w:r>
          </w:p>
        </w:tc>
      </w:tr>
      <w:tr>
        <w:tc>
          <w:tcPr>
            <w:tcW w:type="dxa" w:w="5046"/>
            <w:shd w:fill="F2F4F7"/>
          </w:tcPr>
          <w:p>
            <w:pPr>
              <w:spacing w:after="20" w:line="240" w:lineRule="auto"/>
            </w:pPr>
            <w:r>
              <w:rPr>
                <w:rFonts w:ascii="Times New Roman" w:hAnsi="Times New Roman" w:eastAsia="Times New Roman"/>
                <w:b/>
                <w:sz w:val="20"/>
              </w:rPr>
              <w:t>Điểm 3.1.6</w:t>
            </w:r>
          </w:p>
        </w:tc>
        <w:tc>
          <w:tcPr>
            <w:tcW w:type="dxa" w:w="5046"/>
          </w:tcPr>
          <w:p>
            <w:pPr>
              <w:spacing w:after="20" w:line="240" w:lineRule="auto"/>
            </w:pPr>
            <w:r>
              <w:rPr>
                <w:rFonts w:ascii="Times New Roman" w:hAnsi="Times New Roman" w:eastAsia="Times New Roman"/>
                <w:b w:val="0"/>
                <w:sz w:val="20"/>
              </w:rPr>
              <w:t>Ghi mục đích sử dụng đất theo phân loại đất và mục đích tính tiền sử dụng đất, tiền thuê đất hoặc mục đích sau khi chuyển mục đích sử dụng đất.</w:t>
            </w:r>
          </w:p>
        </w:tc>
      </w:tr>
      <w:tr>
        <w:tc>
          <w:tcPr>
            <w:tcW w:type="dxa" w:w="5046"/>
            <w:shd w:fill="F2F4F7"/>
          </w:tcPr>
          <w:p>
            <w:pPr>
              <w:spacing w:after="20" w:line="240" w:lineRule="auto"/>
            </w:pPr>
            <w:r>
              <w:rPr>
                <w:rFonts w:ascii="Times New Roman" w:hAnsi="Times New Roman" w:eastAsia="Times New Roman"/>
                <w:b/>
                <w:sz w:val="20"/>
              </w:rPr>
              <w:t>Điểm 3.1.9</w:t>
            </w:r>
          </w:p>
        </w:tc>
        <w:tc>
          <w:tcPr>
            <w:tcW w:type="dxa" w:w="5046"/>
          </w:tcPr>
          <w:p>
            <w:pPr>
              <w:spacing w:after="20" w:line="240" w:lineRule="auto"/>
            </w:pPr>
            <w:r>
              <w:rPr>
                <w:rFonts w:ascii="Times New Roman" w:hAnsi="Times New Roman" w:eastAsia="Times New Roman"/>
                <w:b w:val="0"/>
                <w:sz w:val="20"/>
              </w:rPr>
              <w:t>Ghi hình thức sử dụng đất như giao đất không thu tiền, giao đất có thu tiền, thuê đất trả tiền một lần, thuê đất trả tiền hằng năm hoặc nhận chuyển quyền sử dụng đất.</w:t>
            </w:r>
          </w:p>
        </w:tc>
      </w:tr>
      <w:tr>
        <w:tc>
          <w:tcPr>
            <w:tcW w:type="dxa" w:w="5046"/>
            <w:shd w:fill="F2F4F7"/>
          </w:tcPr>
          <w:p>
            <w:pPr>
              <w:spacing w:after="20" w:line="240" w:lineRule="auto"/>
            </w:pPr>
            <w:r>
              <w:rPr>
                <w:rFonts w:ascii="Times New Roman" w:hAnsi="Times New Roman" w:eastAsia="Times New Roman"/>
                <w:b/>
                <w:sz w:val="20"/>
              </w:rPr>
              <w:t>Điểm 3.2</w:t>
            </w:r>
          </w:p>
        </w:tc>
        <w:tc>
          <w:tcPr>
            <w:tcW w:type="dxa" w:w="5046"/>
          </w:tcPr>
          <w:p>
            <w:pPr>
              <w:spacing w:after="20" w:line="240" w:lineRule="auto"/>
            </w:pPr>
            <w:r>
              <w:rPr>
                <w:rFonts w:ascii="Times New Roman" w:hAnsi="Times New Roman" w:eastAsia="Times New Roman"/>
                <w:b w:val="0"/>
                <w:sz w:val="20"/>
              </w:rPr>
              <w:t>Ghi thông tin tài sản gắn liền với đất. Trường hợp có nhiều nhà ở, công trình thì lập danh sách theo Mẫu số 19a.</w:t>
            </w:r>
          </w:p>
        </w:tc>
      </w:tr>
    </w:tbl>
    <w:sectPr w:rsidR="00FC693F" w:rsidRPr="0006063C" w:rsidSect="00034616">
      <w:pgSz w:w="11906" w:h="16838" w:orient="landscape"/>
      <w:pgMar w:top="964" w:right="907" w:bottom="964" w:left="90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color w:val="666666"/>
        <w:sz w:val="18"/>
      </w:rPr>
      <w:t>LegalZone - Mẫu tham khảo theo Nghị định 151/2025/NĐ-CP</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