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020"/>
        <w:tblLook w:firstColumn="1" w:firstRow="1" w:lastColumn="0" w:lastRow="0" w:noHBand="0" w:noVBand="1" w:val="04A0"/>
        <w:jc w:val="center"/>
        <w:tblLayout w:type="fixed"/>
      </w:tblPr>
      <w:tblGrid>
        <w:gridCol w:w="4762"/>
        <w:gridCol w:w="4762"/>
      </w:tblGrid>
      <w:tr>
        <w:tc>
          <w:tcPr>
            <w:tcW w:type="dxa" w:w="4932"/>
            <w:vAlign w:val="top"/>
            <w:tcMar>
              <w:top w:w="0" w:type="dxa"/>
              <w:start w:w="0" w:type="dxa"/>
              <w:bottom w:w="0" w:type="dxa"/>
              <w:end w:w="0" w:type="dxa"/>
            </w:tcMar>
          </w:tcPr>
          <w:p>
            <w:pPr>
              <w:jc w:val="center"/>
            </w:pPr>
            <w:r>
              <w:rPr>
                <w:rFonts w:ascii="Times New Roman" w:hAnsi="Times New Roman" w:eastAsia="Times New Roman"/>
                <w:b/>
                <w:i w:val="0"/>
                <w:sz w:val="26"/>
              </w:rPr>
              <w:t>ĐẢNG BỘ ................................</w:t>
              <w:br/>
              <w:t>CHI BỘ ................................</w:t>
            </w:r>
          </w:p>
        </w:tc>
        <w:tc>
          <w:tcPr>
            <w:tcW w:type="dxa" w:w="4932"/>
            <w:vAlign w:val="top"/>
            <w:tcMar>
              <w:top w:w="0" w:type="dxa"/>
              <w:start w:w="0" w:type="dxa"/>
              <w:bottom w:w="0" w:type="dxa"/>
              <w:end w:w="0" w:type="dxa"/>
            </w:tcMar>
          </w:tcPr>
          <w:p>
            <w:pPr>
              <w:jc w:val="center"/>
            </w:pPr>
            <w:r>
              <w:rPr>
                <w:rFonts w:ascii="Times New Roman" w:hAnsi="Times New Roman" w:eastAsia="Times New Roman"/>
                <w:b/>
                <w:i w:val="0"/>
                <w:sz w:val="26"/>
              </w:rPr>
              <w:t>ĐẢNG CỘNG SẢN VIỆT NAM</w:t>
            </w:r>
            <w:r>
              <w:rPr>
                <w:rFonts w:ascii="Times New Roman" w:hAnsi="Times New Roman" w:eastAsia="Times New Roman"/>
                <w:b w:val="0"/>
                <w:i w:val="0"/>
                <w:sz w:val="26"/>
              </w:rPr>
              <w:br/>
              <w:t>----------------</w:t>
            </w:r>
          </w:p>
        </w:tc>
      </w:tr>
    </w:tbl>
    <w:p>
      <w:pPr>
        <w:spacing w:before="0" w:after="80" w:line="324" w:lineRule="auto"/>
      </w:pPr>
    </w:p>
    <w:p>
      <w:pPr>
        <w:spacing w:before="120" w:after="40" w:line="288" w:lineRule="auto"/>
        <w:jc w:val="center"/>
      </w:pPr>
      <w:r>
        <w:rPr>
          <w:rFonts w:ascii="Times New Roman" w:hAnsi="Times New Roman" w:eastAsia="Times New Roman"/>
          <w:b/>
          <w:i w:val="0"/>
          <w:sz w:val="30"/>
        </w:rPr>
        <w:t>BẢN TỰ KIỂM ĐIỂM CỦA NGƯỜI XIN VÀO ĐẢNG</w:t>
      </w:r>
    </w:p>
    <w:p>
      <w:pPr>
        <w:spacing w:before="0" w:after="160" w:line="288" w:lineRule="auto"/>
        <w:jc w:val="center"/>
      </w:pPr>
      <w:r>
        <w:rPr>
          <w:rFonts w:ascii="Times New Roman" w:hAnsi="Times New Roman" w:eastAsia="Times New Roman"/>
          <w:b w:val="0"/>
          <w:i/>
          <w:sz w:val="24"/>
        </w:rPr>
        <w:t>Mẫu tham khảo khi chi bộ, đoàn thể hoặc đơn vị yêu cầu bản tự nhận xét quá trình phấn đấu</w:t>
      </w:r>
    </w:p>
    <w:p>
      <w:pPr>
        <w:spacing w:before="0" w:after="160" w:line="300" w:lineRule="auto"/>
        <w:jc w:val="center"/>
      </w:pPr>
      <w:r>
        <w:rPr>
          <w:rFonts w:ascii="Times New Roman" w:hAnsi="Times New Roman" w:eastAsia="Times New Roman"/>
          <w:b w:val="0"/>
          <w:i/>
          <w:sz w:val="24"/>
        </w:rPr>
        <w:t>Căn cứ Quy định số 20-QĐ/TW ngày 08/4/2026 về thi hành Điều lệ Đảng và Hướng dẫn số 01-HD/TW ngày 19/5/2026 về một số vấn đề cụ thể thi hành Điều lệ Đảng. Mẫu này dùng để tham khảo khi tổ chức đảng, đoàn thể hoặc đơn vị yêu cầu bản tự nhận xét; không thay thế các biểu mẫu bắt buộc trong hồ sơ kết nạp Đảng.</w:t>
      </w:r>
    </w:p>
    <w:p>
      <w:pPr>
        <w:spacing w:before="0" w:after="0" w:line="324" w:lineRule="auto"/>
      </w:pPr>
      <w:r>
        <w:rPr>
          <w:rFonts w:ascii="Times New Roman" w:hAnsi="Times New Roman" w:eastAsia="Times New Roman"/>
          <w:b/>
          <w:i w:val="0"/>
          <w:sz w:val="26"/>
        </w:rPr>
        <w:t xml:space="preserve">Kính gửi: </w:t>
      </w:r>
      <w:r>
        <w:rPr>
          <w:rFonts w:ascii="Times New Roman" w:hAnsi="Times New Roman" w:eastAsia="Times New Roman"/>
          <w:b w:val="0"/>
          <w:i w:val="0"/>
          <w:sz w:val="26"/>
        </w:rPr>
        <w:t>Chi bộ/Đảng bộ .............................................................................................</w:t>
      </w:r>
    </w:p>
    <w:p>
      <w:pPr>
        <w:spacing w:before="0" w:after="0" w:line="324" w:lineRule="auto"/>
      </w:pPr>
      <w:r>
        <w:rPr>
          <w:rFonts w:ascii="Times New Roman" w:hAnsi="Times New Roman" w:eastAsia="Times New Roman"/>
          <w:b w:val="0"/>
          <w:i w:val="0"/>
          <w:sz w:val="26"/>
        </w:rPr>
        <w:t>Họ và tên: ...............................................................  Ngày sinh: ........../........../............</w:t>
      </w:r>
    </w:p>
    <w:p>
      <w:pPr>
        <w:spacing w:before="0" w:after="0" w:line="324" w:lineRule="auto"/>
      </w:pPr>
      <w:r>
        <w:rPr>
          <w:rFonts w:ascii="Times New Roman" w:hAnsi="Times New Roman" w:eastAsia="Times New Roman"/>
          <w:b w:val="0"/>
          <w:i w:val="0"/>
          <w:sz w:val="26"/>
        </w:rPr>
        <w:t>Nơi công tác/học tập/sinh hoạt: ................................................................................</w:t>
      </w:r>
    </w:p>
    <w:p>
      <w:pPr>
        <w:spacing w:before="0" w:after="0" w:line="324" w:lineRule="auto"/>
      </w:pPr>
      <w:r>
        <w:rPr>
          <w:rFonts w:ascii="Times New Roman" w:hAnsi="Times New Roman" w:eastAsia="Times New Roman"/>
          <w:b w:val="0"/>
          <w:i w:val="0"/>
          <w:sz w:val="26"/>
        </w:rPr>
        <w:t>Chức vụ, nhiệm vụ hiện nay (nếu có): ........................................................................</w:t>
      </w:r>
    </w:p>
    <w:p>
      <w:pPr>
        <w:spacing w:before="0" w:after="0" w:line="324" w:lineRule="auto"/>
      </w:pPr>
      <w:r>
        <w:rPr>
          <w:rFonts w:ascii="Times New Roman" w:hAnsi="Times New Roman" w:eastAsia="Times New Roman"/>
          <w:b w:val="0"/>
          <w:i w:val="0"/>
          <w:sz w:val="26"/>
        </w:rPr>
        <w:t>Tổ chức đoàn thể đang tham gia: ...............................................................................</w:t>
      </w:r>
    </w:p>
    <w:p>
      <w:pPr>
        <w:spacing w:before="0" w:after="0" w:line="324" w:lineRule="auto"/>
      </w:pPr>
      <w:r>
        <w:rPr>
          <w:rFonts w:ascii="Times New Roman" w:hAnsi="Times New Roman" w:eastAsia="Times New Roman"/>
          <w:b w:val="0"/>
          <w:i w:val="0"/>
          <w:sz w:val="26"/>
        </w:rPr>
        <w:t>Người giới thiệu hoặc tổ chức theo dõi, giúp đỡ (nếu có): ........................................</w:t>
      </w:r>
    </w:p>
    <w:p>
      <w:pPr>
        <w:spacing w:before="100" w:after="20" w:line="324" w:lineRule="auto"/>
      </w:pPr>
      <w:r>
        <w:rPr>
          <w:rFonts w:ascii="Times New Roman" w:hAnsi="Times New Roman" w:eastAsia="Times New Roman"/>
          <w:b/>
          <w:i w:val="0"/>
          <w:sz w:val="26"/>
        </w:rPr>
        <w:t>I. Quá trình phấn đấu, học tập, công tác</w:t>
      </w:r>
    </w:p>
    <w:p>
      <w:pPr>
        <w:spacing w:before="0" w:after="20" w:line="288" w:lineRule="auto"/>
      </w:pPr>
      <w:r>
        <w:rPr>
          <w:rFonts w:ascii="Times New Roman" w:hAnsi="Times New Roman" w:eastAsia="Times New Roman"/>
          <w:b w:val="0"/>
          <w:i/>
          <w:sz w:val="24"/>
        </w:rPr>
        <w:t>Quá trình học tập, công tác, lao động, sinh hoạt tại địa phương, cơ quan, đơn vị; việc tham gia các phong trào, nhiệm vụ được giao và kết quả nổi bật.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II. Nhận thức về Đảng và động cơ xin vào Đảng</w:t>
      </w:r>
    </w:p>
    <w:p>
      <w:pPr>
        <w:spacing w:before="0" w:after="20" w:line="288" w:lineRule="auto"/>
      </w:pPr>
      <w:r>
        <w:rPr>
          <w:rFonts w:ascii="Times New Roman" w:hAnsi="Times New Roman" w:eastAsia="Times New Roman"/>
          <w:b w:val="0"/>
          <w:i/>
          <w:sz w:val="24"/>
        </w:rPr>
        <w:t>Nhận thức của bản thân về mục tiêu, lý tưởng của Đảng; động cơ xin vào Đảng; ý thức tu dưỡng, rèn luyện, phấn đấu để được đứng trong hàng ngũ của Đảng.</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III. Ưu điểm của bản thân</w:t>
      </w:r>
    </w:p>
    <w:p>
      <w:pPr>
        <w:spacing w:before="0" w:after="20" w:line="288" w:lineRule="auto"/>
      </w:pPr>
      <w:r>
        <w:rPr>
          <w:rFonts w:ascii="Times New Roman" w:hAnsi="Times New Roman" w:eastAsia="Times New Roman"/>
          <w:b w:val="0"/>
          <w:i/>
          <w:sz w:val="24"/>
        </w:rPr>
        <w:t>Ưu điểm về phẩm chất chính trị, đạo đức, lối sống; tinh thần trách nhiệm; ý thức tổ chức kỷ luật; quan hệ với tập thể, nhân dân, đồng nghiệp.</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IV. Hạn chế, khuyết điểm và nguyên nhân</w:t>
      </w:r>
    </w:p>
    <w:p>
      <w:pPr>
        <w:spacing w:before="0" w:after="20" w:line="288" w:lineRule="auto"/>
      </w:pPr>
      <w:r>
        <w:rPr>
          <w:rFonts w:ascii="Times New Roman" w:hAnsi="Times New Roman" w:eastAsia="Times New Roman"/>
          <w:b w:val="0"/>
          <w:i/>
          <w:sz w:val="24"/>
        </w:rPr>
        <w:t>Hạn chế, khuyết điểm; nguyên nhân của hạn chế, khuyết điểm; trách nhiệm cá nhân và nội dung cần tiếp tục sửa chữa.</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V. Phương hướng rèn luyện, phấn đấu</w:t>
      </w:r>
    </w:p>
    <w:p>
      <w:pPr>
        <w:spacing w:before="0" w:after="20" w:line="288" w:lineRule="auto"/>
      </w:pPr>
      <w:r>
        <w:rPr>
          <w:rFonts w:ascii="Times New Roman" w:hAnsi="Times New Roman" w:eastAsia="Times New Roman"/>
          <w:b w:val="0"/>
          <w:i/>
          <w:sz w:val="24"/>
        </w:rPr>
        <w:t>Phương hướng rèn luyện trong thời gian tới; cam kết tiếp tục phấn đấu, chấp hành chủ trương của Đảng, chính sách pháp luật của Nhà nước và quy định của cơ quan, đơn vị.</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p>
      <w:pPr>
        <w:spacing w:before="100" w:after="20" w:line="324" w:lineRule="auto"/>
      </w:pPr>
      <w:r>
        <w:rPr>
          <w:rFonts w:ascii="Times New Roman" w:hAnsi="Times New Roman" w:eastAsia="Times New Roman"/>
          <w:b/>
          <w:i w:val="0"/>
          <w:sz w:val="26"/>
        </w:rPr>
        <w:t>VI. Tự nhận xét và đề nghị</w:t>
      </w:r>
    </w:p>
    <w:p>
      <w:pPr>
        <w:spacing w:before="0" w:after="0" w:line="324" w:lineRule="auto"/>
      </w:pPr>
      <w:r>
        <w:rPr>
          <w:rFonts w:ascii="Times New Roman" w:hAnsi="Times New Roman" w:eastAsia="Times New Roman"/>
          <w:b w:val="0"/>
          <w:i w:val="0"/>
          <w:sz w:val="26"/>
        </w:rPr>
        <w:t>Tôi tự nhận thấy bản thân còn cần tiếp tục rèn luyện, phấn đấu và nghiêm túc tiếp thu ý kiến góp ý của chi bộ, đoàn thể, cơ quan, đơn vị.</w:t>
      </w:r>
    </w:p>
    <w:p>
      <w:pPr>
        <w:spacing w:before="0" w:after="0" w:line="276" w:lineRule="auto"/>
      </w:pPr>
      <w:r>
        <w:rPr>
          <w:rFonts w:ascii="Times New Roman" w:hAnsi="Times New Roman" w:eastAsia="Times New Roman"/>
          <w:b w:val="0"/>
          <w:i w:val="0"/>
          <w:sz w:val="26"/>
        </w:rPr>
        <w:t>........................................................................................................</w:t>
      </w:r>
    </w:p>
    <w:p>
      <w:pPr>
        <w:spacing w:before="0" w:after="0" w:line="276" w:lineRule="auto"/>
      </w:pPr>
      <w:r>
        <w:rPr>
          <w:rFonts w:ascii="Times New Roman" w:hAnsi="Times New Roman" w:eastAsia="Times New Roman"/>
          <w:b w:val="0"/>
          <w:i w:val="0"/>
          <w:sz w:val="26"/>
        </w:rPr>
        <w:t>........................................................................................................</w:t>
      </w:r>
    </w:p>
    <w:tbl>
      <w:tblPr>
        <w:tblW w:type="dxa" w:w="9020"/>
        <w:tblLook w:firstColumn="1" w:firstRow="1" w:lastColumn="0" w:lastRow="0" w:noHBand="0" w:noVBand="1" w:val="04A0"/>
        <w:jc w:val="center"/>
        <w:tblLayout w:type="fixed"/>
      </w:tblPr>
      <w:tblGrid>
        <w:gridCol w:w="4762"/>
        <w:gridCol w:w="4762"/>
      </w:tblGrid>
      <w:tr>
        <w:tc>
          <w:tcPr>
            <w:tcW w:type="dxa" w:w="4762"/>
            <w:tcBorders>
              <w:top w:val="single" w:sz="0" w:space="0" w:color="FFFFFF"/>
              <w:left w:val="single" w:sz="0" w:space="0" w:color="FFFFFF"/>
              <w:bottom w:val="single" w:sz="0" w:space="0" w:color="FFFFFF"/>
              <w:right w:val="single" w:sz="0" w:space="0" w:color="FFFFFF"/>
            </w:tcBorders>
            <w:tcMar>
              <w:top w:w="100" w:type="dxa"/>
              <w:start w:w="120" w:type="dxa"/>
              <w:bottom w:w="100" w:type="dxa"/>
              <w:end w:w="120" w:type="dxa"/>
            </w:tcMar>
            <w:vAlign w:val="top"/>
          </w:tcPr>
          <w:p>
            <w:r/>
          </w:p>
        </w:tc>
        <w:tc>
          <w:tcPr>
            <w:tcW w:type="dxa" w:w="4762"/>
            <w:tcBorders>
              <w:top w:val="single" w:sz="0" w:space="0" w:color="FFFFFF"/>
              <w:left w:val="single" w:sz="0" w:space="0" w:color="FFFFFF"/>
              <w:bottom w:val="single" w:sz="0" w:space="0" w:color="FFFFFF"/>
              <w:right w:val="single" w:sz="0" w:space="0" w:color="FFFFFF"/>
            </w:tcBorders>
            <w:tcMar>
              <w:top w:w="100" w:type="dxa"/>
              <w:start w:w="120" w:type="dxa"/>
              <w:bottom w:w="100" w:type="dxa"/>
              <w:end w:w="120" w:type="dxa"/>
            </w:tcMar>
            <w:vAlign w:val="top"/>
          </w:tcPr>
          <w:p>
            <w:pPr>
              <w:jc w:val="center"/>
            </w:pPr>
            <w:r>
              <w:rPr>
                <w:rFonts w:ascii="Times New Roman" w:hAnsi="Times New Roman" w:eastAsia="Times New Roman"/>
                <w:b w:val="0"/>
                <w:i/>
                <w:sz w:val="26"/>
              </w:rPr>
              <w:t>............, ngày ...... tháng ...... năm ........</w:t>
              <w:br/>
            </w:r>
            <w:r>
              <w:rPr>
                <w:rFonts w:ascii="Times New Roman" w:hAnsi="Times New Roman" w:eastAsia="Times New Roman"/>
                <w:b/>
                <w:i w:val="0"/>
                <w:sz w:val="26"/>
              </w:rPr>
              <w:t>NGƯỜI TỰ KIỂM ĐIỂM</w:t>
            </w:r>
            <w:r>
              <w:rPr>
                <w:rFonts w:ascii="Times New Roman" w:hAnsi="Times New Roman" w:eastAsia="Times New Roman"/>
                <w:b w:val="0"/>
                <w:i/>
                <w:sz w:val="24"/>
              </w:rPr>
              <w:br/>
              <w:t>(Ký, ghi rõ họ tên)</w:t>
            </w:r>
          </w:p>
        </w:tc>
      </w:tr>
    </w:tbl>
    <w:p>
      <w:pPr>
        <w:spacing w:before="160" w:after="0" w:line="288" w:lineRule="auto"/>
      </w:pPr>
      <w:r>
        <w:rPr>
          <w:rFonts w:ascii="Times New Roman" w:hAnsi="Times New Roman" w:eastAsia="Times New Roman"/>
          <w:b w:val="0"/>
          <w:i/>
          <w:sz w:val="22"/>
        </w:rPr>
        <w:t>Lưu ý: Nếu chi bộ, cấp ủy, đoàn thể hoặc đơn vị đã ban hành mẫu riêng thì sử dụng đúng mẫu được yêu cầu. Nội dung trong bản này cần viết theo thông tin thật của người làm bản kiểm điểm, không sao chép nguyên văn.</w:t>
      </w:r>
    </w:p>
    <w:sectPr w:rsidR="00FC693F" w:rsidRPr="0006063C" w:rsidSect="00034616">
      <w:pgSz w:w="11906" w:h="16838"/>
      <w:pgMar w:top="1134" w:right="1134" w:bottom="1020"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24" w:lineRule="auto"/>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